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7E64" w:rsidRPr="00004252" w:rsidRDefault="00000000" w:rsidP="00004252">
      <w:pPr>
        <w:jc w:val="center"/>
        <w:rPr>
          <w:rFonts w:ascii="Comic Sans MS" w:hAnsi="Comic Sans MS"/>
          <w:b/>
          <w:bCs/>
          <w:sz w:val="21"/>
          <w:szCs w:val="21"/>
          <w:lang w:val="fr-FR"/>
        </w:rPr>
      </w:pPr>
      <w:r w:rsidRPr="00004252">
        <w:rPr>
          <w:rFonts w:ascii="Comic Sans MS" w:hAnsi="Comic Sans MS"/>
          <w:b/>
          <w:bCs/>
          <w:sz w:val="21"/>
          <w:szCs w:val="21"/>
          <w:lang w:val="fr-FR"/>
        </w:rPr>
        <w:t xml:space="preserve">Bilan émotionnel de fin de journée </w:t>
      </w:r>
    </w:p>
    <w:p w:rsidR="00487E64" w:rsidRPr="00004252" w:rsidRDefault="00000000" w:rsidP="00004252">
      <w:pPr>
        <w:rPr>
          <w:rFonts w:ascii="Comic Sans MS" w:hAnsi="Comic Sans MS"/>
          <w:sz w:val="21"/>
          <w:szCs w:val="21"/>
          <w:lang w:val="fr-FR"/>
        </w:rPr>
      </w:pPr>
      <w:r w:rsidRPr="00004252">
        <w:rPr>
          <w:rFonts w:ascii="Comic Sans MS" w:hAnsi="Comic Sans MS"/>
          <w:sz w:val="21"/>
          <w:szCs w:val="21"/>
          <w:lang w:val="fr-FR"/>
        </w:rPr>
        <w:t>NOM : ________________________   Prénom : ________________________   Classe : ________________________</w:t>
      </w:r>
      <w:r w:rsidRPr="00004252">
        <w:rPr>
          <w:rFonts w:ascii="Comic Sans MS" w:hAnsi="Comic Sans MS"/>
          <w:sz w:val="21"/>
          <w:szCs w:val="21"/>
          <w:lang w:val="fr-FR"/>
        </w:rPr>
        <w:br/>
      </w:r>
      <w:r w:rsidR="00004252">
        <w:rPr>
          <w:rFonts w:ascii="Comic Sans MS" w:hAnsi="Comic Sans MS"/>
          <w:sz w:val="21"/>
          <w:szCs w:val="21"/>
          <w:lang w:val="fr-FR"/>
        </w:rPr>
        <w:t>Voici</w:t>
      </w:r>
      <w:r w:rsidRPr="00004252">
        <w:rPr>
          <w:rFonts w:ascii="Comic Sans MS" w:hAnsi="Comic Sans MS"/>
          <w:sz w:val="21"/>
          <w:szCs w:val="21"/>
          <w:lang w:val="fr-FR"/>
        </w:rPr>
        <w:t xml:space="preserve"> un petit bilan émotionnel. Nous te proposons de dire comment tu te sens en fonction des lieux et des temps de la journée.</w:t>
      </w:r>
      <w:r w:rsidR="00004252">
        <w:rPr>
          <w:rFonts w:ascii="Comic Sans MS" w:hAnsi="Comic Sans MS"/>
          <w:sz w:val="21"/>
          <w:szCs w:val="21"/>
          <w:lang w:val="fr-FR"/>
        </w:rPr>
        <w:t xml:space="preserve"> </w:t>
      </w:r>
      <w:r w:rsidRPr="00004252">
        <w:rPr>
          <w:rFonts w:ascii="Comic Sans MS" w:hAnsi="Comic Sans MS"/>
          <w:sz w:val="21"/>
          <w:szCs w:val="21"/>
          <w:lang w:val="fr-FR"/>
        </w:rPr>
        <w:t>Ce bilan nous aidera à mieux te comprendre, t’aider si besoin et surtout à améliorer la vie des collégiens. Si tu le souhaites</w:t>
      </w:r>
      <w:r w:rsidR="00004252">
        <w:rPr>
          <w:rFonts w:ascii="Comic Sans MS" w:hAnsi="Comic Sans MS"/>
          <w:sz w:val="21"/>
          <w:szCs w:val="21"/>
          <w:lang w:val="fr-FR"/>
        </w:rPr>
        <w:t>,</w:t>
      </w:r>
      <w:r w:rsidRPr="00004252">
        <w:rPr>
          <w:rFonts w:ascii="Comic Sans MS" w:hAnsi="Comic Sans MS"/>
          <w:sz w:val="21"/>
          <w:szCs w:val="21"/>
          <w:lang w:val="fr-FR"/>
        </w:rPr>
        <w:t xml:space="preserve"> en cas d’émotion négative ou compliquée pour toi, tu peux nous détailler pourquoi. Merci à toi.</w:t>
      </w:r>
      <w:r w:rsidRPr="00004252">
        <w:rPr>
          <w:rFonts w:ascii="Comic Sans MS" w:hAnsi="Comic Sans MS"/>
          <w:sz w:val="21"/>
          <w:szCs w:val="21"/>
          <w:lang w:val="fr-FR"/>
        </w:rPr>
        <w:br/>
      </w:r>
      <w:r w:rsidRPr="00004252">
        <w:rPr>
          <w:rFonts w:ascii="Comic Sans MS" w:hAnsi="Comic Sans MS"/>
          <w:sz w:val="21"/>
          <w:szCs w:val="21"/>
        </w:rPr>
        <w:t xml:space="preserve">La CPE, </w:t>
      </w:r>
      <w:proofErr w:type="spellStart"/>
      <w:r w:rsidRPr="00004252">
        <w:rPr>
          <w:rFonts w:ascii="Comic Sans MS" w:hAnsi="Comic Sans MS"/>
          <w:sz w:val="21"/>
          <w:szCs w:val="21"/>
        </w:rPr>
        <w:t>l’infirmière</w:t>
      </w:r>
      <w:proofErr w:type="spellEnd"/>
      <w:r w:rsidRPr="00004252">
        <w:rPr>
          <w:rFonts w:ascii="Comic Sans MS" w:hAnsi="Comic Sans MS"/>
          <w:sz w:val="21"/>
          <w:szCs w:val="21"/>
        </w:rPr>
        <w:t xml:space="preserve"> et ton </w:t>
      </w:r>
      <w:proofErr w:type="spellStart"/>
      <w:r w:rsidRPr="00004252">
        <w:rPr>
          <w:rFonts w:ascii="Comic Sans MS" w:hAnsi="Comic Sans MS"/>
          <w:sz w:val="21"/>
          <w:szCs w:val="21"/>
        </w:rPr>
        <w:t>professeur</w:t>
      </w:r>
      <w:proofErr w:type="spellEnd"/>
      <w:r w:rsidRPr="00004252">
        <w:rPr>
          <w:rFonts w:ascii="Comic Sans MS" w:hAnsi="Comic Sans MS"/>
          <w:sz w:val="21"/>
          <w:szCs w:val="21"/>
        </w:rPr>
        <w:t xml:space="preserve"> principal</w:t>
      </w:r>
    </w:p>
    <w:tbl>
      <w:tblPr>
        <w:tblStyle w:val="Grilledutableau"/>
        <w:tblW w:w="15168" w:type="dxa"/>
        <w:tblInd w:w="-318" w:type="dxa"/>
        <w:tblLook w:val="04A0" w:firstRow="1" w:lastRow="0" w:firstColumn="1" w:lastColumn="0" w:noHBand="0" w:noVBand="1"/>
      </w:tblPr>
      <w:tblGrid>
        <w:gridCol w:w="3049"/>
        <w:gridCol w:w="1124"/>
        <w:gridCol w:w="1123"/>
        <w:gridCol w:w="1155"/>
        <w:gridCol w:w="1319"/>
        <w:gridCol w:w="1008"/>
        <w:gridCol w:w="1096"/>
        <w:gridCol w:w="1096"/>
        <w:gridCol w:w="1207"/>
        <w:gridCol w:w="992"/>
        <w:gridCol w:w="1999"/>
      </w:tblGrid>
      <w:tr w:rsidR="001148B1" w:rsidRPr="00004252" w:rsidTr="001148B1">
        <w:tc>
          <w:tcPr>
            <w:tcW w:w="304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1124" w:type="dxa"/>
          </w:tcPr>
          <w:p w:rsidR="00004252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Colère</w:t>
            </w:r>
            <w:proofErr w:type="spellEnd"/>
          </w:p>
          <w:p w:rsidR="00004252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Containers/UBF8T346G9.ms/WebArchiveCopyPasteTempFiles/com.microsoft.Word/colere.jpg"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42128" cy="588995"/>
                  <wp:effectExtent l="0" t="0" r="2540" b="0"/>
                  <wp:docPr id="796557151" name="Image 1" descr="Vice-Versa : faites connaissance en vidéos avec Joie, Colère, Peur,  Tristesse et Dégoû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-Versa : faites connaissance en vidéos avec Joie, Colère, Peur,  Tristesse et Dégoû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99" cy="60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123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004252">
              <w:rPr>
                <w:rFonts w:ascii="Comic Sans MS" w:hAnsi="Comic Sans MS"/>
                <w:sz w:val="21"/>
                <w:szCs w:val="21"/>
              </w:rPr>
              <w:t>Joie</w:t>
            </w:r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Containers/UBF8T346G9.ms/WebArchiveCopyPasteTempFiles/com.microsoft.Word/ob_103b87_joie.jpg"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32079" cy="575886"/>
                  <wp:effectExtent l="0" t="0" r="0" b="0"/>
                  <wp:docPr id="20459761" name="Image 2" descr="Vice-versa : le nouveau Pixar joue sur nos émotions - Le blog de 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ce-versa : le nouveau Pixar joue sur nos émotions - Le blog de 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32" cy="5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155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004252">
              <w:rPr>
                <w:rFonts w:ascii="Comic Sans MS" w:hAnsi="Comic Sans MS"/>
                <w:sz w:val="21"/>
                <w:szCs w:val="21"/>
              </w:rPr>
              <w:t>Tristesse</w:t>
            </w:r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Containers/UBF8T346G9.ms/WebArchiveCopyPasteTempFiles/com.microsoft.Word/e0fce8f87d7bed070a84caa0d262dd964baf188f4e427738e85772b7e0fadc49.jpg"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42127" cy="588896"/>
                  <wp:effectExtent l="0" t="0" r="2540" b="0"/>
                  <wp:docPr id="1152553644" name="Image 3" descr="Tristesse : Vice-Versa, mes émotions - Walt Disney company - Librairie  Mollat Bord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istesse : Vice-Versa, mes émotions - Walt Disney company - Librairie  Mollat Bord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" cy="62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319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Peur</w:t>
            </w:r>
            <w:proofErr w:type="spellEnd"/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Containers/UBF8T346G9.ms/WebArchiveCopyPasteTempFiles/com.microsoft.Word/ob_2e3207_peur.jpg"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32079" cy="575886"/>
                  <wp:effectExtent l="0" t="0" r="0" b="0"/>
                  <wp:docPr id="1213085940" name="Image 4" descr="Vice-versa : le nouveau Pixar joue sur nos émotions - Le blog de 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ce-versa : le nouveau Pixar joue sur nos émotions - Le blog de 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80" cy="5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008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Dégoût</w:t>
            </w:r>
            <w:proofErr w:type="spellEnd"/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Containers/UBF8T346G9.ms/WebArchiveCopyPasteTempFiles/com.microsoft.Word/250044.webp"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32619" cy="575310"/>
                  <wp:effectExtent l="0" t="0" r="0" b="0"/>
                  <wp:docPr id="1230715630" name="Image 5" descr="Walt Disney company - Dégoût : Vice-Versa, mes émo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lt Disney company - Dégoût : Vice-Versa, mes émo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05" cy="6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096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Envie</w:t>
            </w:r>
            <w:proofErr w:type="spellEnd"/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Containers/UBF8T346G9.ms/WebArchiveCopyPasteTempFiles/com.microsoft.Word/latest?cb=20240630155807&amp;path-prefix=fr"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53673" cy="548489"/>
                  <wp:effectExtent l="0" t="0" r="5715" b="0"/>
                  <wp:docPr id="2026752767" name="Image 6" descr="Envie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vie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8" cy="57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096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004252">
              <w:rPr>
                <w:rFonts w:ascii="Comic Sans MS" w:hAnsi="Comic Sans MS"/>
                <w:sz w:val="21"/>
                <w:szCs w:val="21"/>
              </w:rPr>
              <w:t>Ennui</w:t>
            </w:r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Containers/UBF8T346G9.ms/WebArchiveCopyPasteTempFiles/com.microsoft.Word/figurine-en-carton-vice-versa-2-ennui-haut-147-cm.webp"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53674" cy="553674"/>
                  <wp:effectExtent l="0" t="0" r="5715" b="5715"/>
                  <wp:docPr id="301950195" name="Image 7" descr="Figurine en carton Vice Versa 2 - Ennui - Haut 147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gurine en carton Vice Versa 2 - Ennui - Haut 147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84" cy="56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207" w:type="dxa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Embarras</w:t>
            </w:r>
            <w:proofErr w:type="spellEnd"/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Containers/UBF8T346G9.ms/WebArchiveCopyPasteTempFiles/com.microsoft.Word/images?q=tbnANd9GcQuAGrHW8FN9VNm5k-wJp6Ue2dbyg0Nm-cnCg&amp;s"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77627" cy="597034"/>
                  <wp:effectExtent l="0" t="0" r="5080" b="0"/>
                  <wp:docPr id="1300769578" name="Image 8" descr="Disney Pixar - Rencontrez 😖 Embarras 😖 dans Vice-Versa 2,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ney Pixar - Rencontrez 😖 Embarras 😖 dans Vice-Versa 2,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18" cy="6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</w:tcPr>
          <w:p w:rsidR="00487E64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004252">
              <w:rPr>
                <w:rFonts w:ascii="Comic Sans MS" w:hAnsi="Comic Sans MS"/>
                <w:sz w:val="21"/>
                <w:szCs w:val="21"/>
              </w:rPr>
              <w:t>Anxiété</w:t>
            </w:r>
            <w:proofErr w:type="spellEnd"/>
          </w:p>
          <w:p w:rsidR="001148B1" w:rsidRPr="00004252" w:rsidRDefault="001148B1" w:rsidP="00004252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fldChar w:fldCharType="begin"/>
            </w:r>
            <w:r>
              <w:instrText xml:space="preserve"> INCLUDEPICTURE "/Users/vanbeek/Library/Group Containers/UBF8T346G9.ms/WebArchiveCopyPasteTempFiles/com.microsoft.Word/latest?cb=20240630165740&amp;path-prefix=fr"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47472" cy="588550"/>
                  <wp:effectExtent l="0" t="0" r="0" b="0"/>
                  <wp:docPr id="2028738934" name="Image 9" descr="Anxiété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xiété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95" cy="60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999" w:type="dxa"/>
          </w:tcPr>
          <w:p w:rsidR="00487E64" w:rsidRPr="00004252" w:rsidRDefault="00000000" w:rsidP="00004252">
            <w:pPr>
              <w:jc w:val="center"/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Peux-tu nous expliquer pourquoi ?</w:t>
            </w: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Avant de rentrer dans le collège le matin,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004252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Si je prends le bus,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En arrivant dans la cour, en récréation ou entre midi et deux,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Dans la relation avec mes professeurs,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Avec le groupe de ma classe,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Avec mes amis, en dehors des cours,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Lorsque je travaille en classe,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Si je vais à la cantine, je ressens …</w:t>
            </w:r>
          </w:p>
          <w:p w:rsidR="00004252" w:rsidRPr="00004252" w:rsidRDefault="00004252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Dans le bus du soir, je ressens …</w:t>
            </w:r>
          </w:p>
          <w:p w:rsidR="00004252" w:rsidRPr="00004252" w:rsidRDefault="00004252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  <w:tr w:rsidR="001148B1" w:rsidRPr="00004252" w:rsidTr="001148B1">
        <w:tc>
          <w:tcPr>
            <w:tcW w:w="3049" w:type="dxa"/>
          </w:tcPr>
          <w:p w:rsidR="00487E64" w:rsidRPr="00004252" w:rsidRDefault="00000000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  <w:r w:rsidRPr="00004252">
              <w:rPr>
                <w:rFonts w:ascii="Comic Sans MS" w:hAnsi="Comic Sans MS"/>
                <w:sz w:val="21"/>
                <w:szCs w:val="21"/>
                <w:lang w:val="fr-FR"/>
              </w:rPr>
              <w:t>Dans les locaux des toilettes, je ressens …</w:t>
            </w:r>
          </w:p>
        </w:tc>
        <w:tc>
          <w:tcPr>
            <w:tcW w:w="1124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23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155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31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08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096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207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0" w:type="auto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  <w:tc>
          <w:tcPr>
            <w:tcW w:w="1999" w:type="dxa"/>
          </w:tcPr>
          <w:p w:rsidR="00487E64" w:rsidRPr="00004252" w:rsidRDefault="00487E64" w:rsidP="00004252">
            <w:pPr>
              <w:rPr>
                <w:rFonts w:ascii="Comic Sans MS" w:hAnsi="Comic Sans MS"/>
                <w:sz w:val="21"/>
                <w:szCs w:val="21"/>
                <w:lang w:val="fr-FR"/>
              </w:rPr>
            </w:pPr>
          </w:p>
        </w:tc>
      </w:tr>
    </w:tbl>
    <w:p w:rsidR="00487E64" w:rsidRPr="00004252" w:rsidRDefault="00487E64" w:rsidP="00004252">
      <w:pPr>
        <w:rPr>
          <w:rFonts w:ascii="Comic Sans MS" w:hAnsi="Comic Sans MS"/>
          <w:sz w:val="21"/>
          <w:szCs w:val="21"/>
          <w:lang w:val="fr-FR"/>
        </w:rPr>
      </w:pPr>
    </w:p>
    <w:sectPr w:rsidR="00487E64" w:rsidRPr="00004252" w:rsidSect="001148B1">
      <w:pgSz w:w="15840" w:h="12240" w:orient="landscape"/>
      <w:pgMar w:top="397" w:right="799" w:bottom="45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09095925">
    <w:abstractNumId w:val="8"/>
  </w:num>
  <w:num w:numId="2" w16cid:durableId="644244279">
    <w:abstractNumId w:val="6"/>
  </w:num>
  <w:num w:numId="3" w16cid:durableId="514611139">
    <w:abstractNumId w:val="5"/>
  </w:num>
  <w:num w:numId="4" w16cid:durableId="588585085">
    <w:abstractNumId w:val="4"/>
  </w:num>
  <w:num w:numId="5" w16cid:durableId="1085421799">
    <w:abstractNumId w:val="7"/>
  </w:num>
  <w:num w:numId="6" w16cid:durableId="2117871204">
    <w:abstractNumId w:val="3"/>
  </w:num>
  <w:num w:numId="7" w16cid:durableId="905529831">
    <w:abstractNumId w:val="2"/>
  </w:num>
  <w:num w:numId="8" w16cid:durableId="1841195551">
    <w:abstractNumId w:val="1"/>
  </w:num>
  <w:num w:numId="9" w16cid:durableId="1221021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252"/>
    <w:rsid w:val="00034616"/>
    <w:rsid w:val="0006063C"/>
    <w:rsid w:val="001148B1"/>
    <w:rsid w:val="0015074B"/>
    <w:rsid w:val="0029639D"/>
    <w:rsid w:val="00326F90"/>
    <w:rsid w:val="00487E64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2FED28"/>
  <w14:defaultImageDpi w14:val="300"/>
  <w15:docId w15:val="{88FD3793-00A2-954B-ADC0-63C95F34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2</cp:revision>
  <dcterms:created xsi:type="dcterms:W3CDTF">2025-06-26T17:11:00Z</dcterms:created>
  <dcterms:modified xsi:type="dcterms:W3CDTF">2025-06-26T17:11:00Z</dcterms:modified>
  <cp:category/>
</cp:coreProperties>
</file>