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F6E2C" w:rsidRDefault="005A733C" w:rsidP="005A733C">
      <w:pPr>
        <w:pStyle w:val="Titre1"/>
        <w:jc w:val="center"/>
        <w:rPr>
          <w:rFonts w:ascii="Comic Sans MS" w:hAnsi="Comic Sans MS"/>
          <w:b w:val="0"/>
          <w:bCs w:val="0"/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-1152728</wp:posOffset>
            </wp:positionH>
            <wp:positionV relativeFrom="paragraph">
              <wp:posOffset>-904672</wp:posOffset>
            </wp:positionV>
            <wp:extent cx="7791856" cy="10140315"/>
            <wp:effectExtent l="0" t="0" r="6350" b="0"/>
            <wp:wrapNone/>
            <wp:docPr id="13723210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321080" name="Image 137232108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00814" cy="10151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33C" w:rsidRDefault="005A733C" w:rsidP="005A733C">
      <w:pPr>
        <w:rPr>
          <w:lang w:val="fr-FR"/>
        </w:rPr>
      </w:pPr>
    </w:p>
    <w:p w:rsidR="005A733C" w:rsidRDefault="005A733C" w:rsidP="005A733C">
      <w:pPr>
        <w:rPr>
          <w:lang w:val="fr-FR"/>
        </w:rPr>
      </w:pPr>
    </w:p>
    <w:p w:rsidR="005A733C" w:rsidRDefault="005A733C" w:rsidP="005A733C">
      <w:pPr>
        <w:rPr>
          <w:lang w:val="fr-FR"/>
        </w:rPr>
      </w:pPr>
    </w:p>
    <w:p w:rsidR="005A733C" w:rsidRDefault="005A733C" w:rsidP="005A733C">
      <w:pPr>
        <w:rPr>
          <w:lang w:val="fr-FR"/>
        </w:rPr>
      </w:pPr>
    </w:p>
    <w:p w:rsidR="005A733C" w:rsidRDefault="005A733C" w:rsidP="005A733C">
      <w:pPr>
        <w:rPr>
          <w:lang w:val="fr-FR"/>
        </w:rPr>
      </w:pPr>
    </w:p>
    <w:p w:rsidR="005A733C" w:rsidRPr="005A733C" w:rsidRDefault="005A733C" w:rsidP="005A733C">
      <w:pPr>
        <w:rPr>
          <w:lang w:val="fr-FR"/>
        </w:rPr>
      </w:pPr>
    </w:p>
    <w:p w:rsidR="005A733C" w:rsidRDefault="00000000" w:rsidP="005A733C">
      <w:pPr>
        <w:jc w:val="center"/>
        <w:rPr>
          <w:rFonts w:ascii="Comic Sans MS" w:hAnsi="Comic Sans MS"/>
          <w:lang w:val="fr-FR"/>
        </w:rPr>
      </w:pPr>
      <w:r w:rsidRPr="005A733C">
        <w:rPr>
          <w:rFonts w:ascii="Comic Sans MS" w:hAnsi="Comic Sans MS"/>
          <w:lang w:val="fr-FR"/>
        </w:rPr>
        <w:t>Nom : ___________________________</w:t>
      </w:r>
    </w:p>
    <w:p w:rsidR="005A733C" w:rsidRDefault="00000000" w:rsidP="005A733C">
      <w:pPr>
        <w:jc w:val="center"/>
        <w:rPr>
          <w:rFonts w:ascii="Comic Sans MS" w:hAnsi="Comic Sans MS"/>
          <w:lang w:val="fr-FR"/>
        </w:rPr>
      </w:pPr>
      <w:r w:rsidRPr="005A733C">
        <w:rPr>
          <w:rFonts w:ascii="Comic Sans MS" w:hAnsi="Comic Sans MS"/>
          <w:lang w:val="fr-FR"/>
        </w:rPr>
        <w:t>Prénom : ___________________________</w:t>
      </w:r>
    </w:p>
    <w:p w:rsidR="003F6E2C" w:rsidRDefault="00000000" w:rsidP="005A733C">
      <w:pPr>
        <w:jc w:val="center"/>
        <w:rPr>
          <w:rFonts w:ascii="Comic Sans MS" w:hAnsi="Comic Sans MS"/>
          <w:lang w:val="fr-FR"/>
        </w:rPr>
      </w:pPr>
      <w:r w:rsidRPr="005A733C">
        <w:rPr>
          <w:rFonts w:ascii="Comic Sans MS" w:hAnsi="Comic Sans MS"/>
          <w:lang w:val="fr-FR"/>
        </w:rPr>
        <w:t>Classe : ___________________________</w:t>
      </w:r>
    </w:p>
    <w:p w:rsidR="005A733C" w:rsidRDefault="005A733C">
      <w:pPr>
        <w:rPr>
          <w:rFonts w:ascii="Comic Sans MS" w:hAnsi="Comic Sans MS"/>
          <w:lang w:val="fr-FR"/>
        </w:rPr>
      </w:pPr>
    </w:p>
    <w:p w:rsidR="005A733C" w:rsidRDefault="005A733C">
      <w:pPr>
        <w:rPr>
          <w:rFonts w:ascii="Comic Sans MS" w:hAnsi="Comic Sans MS"/>
          <w:lang w:val="fr-FR"/>
        </w:rPr>
      </w:pPr>
    </w:p>
    <w:p w:rsidR="005A733C" w:rsidRDefault="005A733C">
      <w:pPr>
        <w:rPr>
          <w:rFonts w:ascii="Comic Sans MS" w:hAnsi="Comic Sans MS"/>
          <w:lang w:val="fr-FR"/>
        </w:rPr>
      </w:pPr>
    </w:p>
    <w:p w:rsidR="005A733C" w:rsidRPr="005A733C" w:rsidRDefault="005A733C">
      <w:pPr>
        <w:rPr>
          <w:rFonts w:ascii="Comic Sans MS" w:hAnsi="Comic Sans MS"/>
          <w:lang w:val="fr-FR"/>
        </w:rPr>
      </w:pPr>
    </w:p>
    <w:p w:rsidR="005A733C" w:rsidRDefault="005A733C">
      <w:pPr>
        <w:rPr>
          <w:rFonts w:ascii="Comic Sans MS" w:hAnsi="Comic Sans MS"/>
          <w:lang w:val="fr-FR"/>
        </w:rPr>
      </w:pPr>
    </w:p>
    <w:p w:rsidR="005A733C" w:rsidRDefault="005A733C">
      <w:pPr>
        <w:rPr>
          <w:rFonts w:ascii="Comic Sans MS" w:hAnsi="Comic Sans MS"/>
          <w:lang w:val="fr-FR"/>
        </w:rPr>
      </w:pPr>
    </w:p>
    <w:p w:rsidR="005A733C" w:rsidRDefault="005A733C">
      <w:pPr>
        <w:rPr>
          <w:rFonts w:ascii="Comic Sans MS" w:hAnsi="Comic Sans MS"/>
          <w:lang w:val="fr-FR"/>
        </w:rPr>
      </w:pPr>
    </w:p>
    <w:p w:rsidR="005A733C" w:rsidRDefault="005A733C">
      <w:pPr>
        <w:rPr>
          <w:rFonts w:ascii="Comic Sans MS" w:hAnsi="Comic Sans MS"/>
          <w:lang w:val="fr-FR"/>
        </w:rPr>
      </w:pPr>
    </w:p>
    <w:p w:rsidR="005A733C" w:rsidRDefault="005A733C">
      <w:pPr>
        <w:rPr>
          <w:rFonts w:ascii="Comic Sans MS" w:hAnsi="Comic Sans MS"/>
          <w:lang w:val="fr-FR"/>
        </w:rPr>
      </w:pPr>
    </w:p>
    <w:p w:rsidR="005A733C" w:rsidRDefault="005A733C">
      <w:pPr>
        <w:rPr>
          <w:rFonts w:ascii="Comic Sans MS" w:hAnsi="Comic Sans MS"/>
          <w:lang w:val="fr-FR"/>
        </w:rPr>
      </w:pPr>
    </w:p>
    <w:p w:rsidR="005A733C" w:rsidRDefault="005A733C">
      <w:pPr>
        <w:rPr>
          <w:rFonts w:ascii="Comic Sans MS" w:hAnsi="Comic Sans MS"/>
          <w:lang w:val="fr-FR"/>
        </w:rPr>
      </w:pPr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Comic Sans MS" w:hAnsi="Comic Sans MS"/>
          <w:lang w:val="fr-FR"/>
        </w:rPr>
        <w:t>Ce carnet t’appartient. Tu peux y écrire chaque jour comment tu te sens, ce qui t’a marqué et ce qui pourrait t’aider à aller mieux. Tu peux l’illustrer, écrire, dessiner ou utiliser des émoticônes.</w:t>
      </w:r>
    </w:p>
    <w:p w:rsidR="003F6E2C" w:rsidRPr="005A733C" w:rsidRDefault="00000000">
      <w:pPr>
        <w:pStyle w:val="Titre2"/>
        <w:rPr>
          <w:rFonts w:ascii="Comic Sans MS" w:hAnsi="Comic Sans MS"/>
          <w:b w:val="0"/>
          <w:bCs w:val="0"/>
          <w:lang w:val="fr-FR"/>
        </w:rPr>
      </w:pPr>
      <w:r w:rsidRPr="005A733C">
        <w:rPr>
          <w:rFonts w:ascii="Comic Sans MS" w:hAnsi="Comic Sans MS"/>
          <w:b w:val="0"/>
          <w:bCs w:val="0"/>
          <w:lang w:val="fr-FR"/>
        </w:rPr>
        <w:lastRenderedPageBreak/>
        <w:t>Lundi</w:t>
      </w:r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Apple Color Emoji" w:hAnsi="Apple Color Emoji" w:cs="Apple Color Emoji"/>
        </w:rPr>
        <w:t>😊</w:t>
      </w:r>
      <w:r w:rsidRPr="005A733C">
        <w:rPr>
          <w:rFonts w:ascii="Comic Sans MS" w:hAnsi="Comic Sans MS"/>
          <w:lang w:val="fr-FR"/>
        </w:rPr>
        <w:t xml:space="preserve"> Je décris mon émotion du jour (émoticône, mot ou phrase</w:t>
      </w:r>
      <w:proofErr w:type="gramStart"/>
      <w:r w:rsidRPr="005A733C">
        <w:rPr>
          <w:rFonts w:ascii="Comic Sans MS" w:hAnsi="Comic Sans MS"/>
          <w:lang w:val="fr-FR"/>
        </w:rPr>
        <w:t>) :</w:t>
      </w:r>
      <w:proofErr w:type="gramEnd"/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Comic Sans MS" w:hAnsi="Comic Sans MS"/>
          <w:lang w:val="fr-FR"/>
        </w:rPr>
        <w:br/>
      </w:r>
      <w:r w:rsidRPr="005A733C">
        <w:rPr>
          <w:rFonts w:ascii="Comic Sans MS" w:hAnsi="Comic Sans MS"/>
          <w:lang w:val="fr-FR"/>
        </w:rPr>
        <w:br/>
      </w:r>
      <w:r w:rsidRPr="005A733C">
        <w:rPr>
          <w:rFonts w:ascii="Comic Sans MS" w:hAnsi="Comic Sans MS"/>
          <w:lang w:val="fr-FR"/>
        </w:rPr>
        <w:br/>
      </w:r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Apple Color Emoji" w:hAnsi="Apple Color Emoji" w:cs="Apple Color Emoji"/>
        </w:rPr>
        <w:t>🧠</w:t>
      </w:r>
      <w:r w:rsidRPr="005A733C">
        <w:rPr>
          <w:rFonts w:ascii="Comic Sans MS" w:hAnsi="Comic Sans MS"/>
          <w:lang w:val="fr-FR"/>
        </w:rPr>
        <w:t xml:space="preserve"> Ce qui a provoqué cette </w:t>
      </w:r>
      <w:proofErr w:type="gramStart"/>
      <w:r w:rsidRPr="005A733C">
        <w:rPr>
          <w:rFonts w:ascii="Comic Sans MS" w:hAnsi="Comic Sans MS"/>
          <w:lang w:val="fr-FR"/>
        </w:rPr>
        <w:t>émotion :</w:t>
      </w:r>
      <w:proofErr w:type="gramEnd"/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Comic Sans MS" w:hAnsi="Comic Sans MS"/>
          <w:lang w:val="fr-FR"/>
        </w:rPr>
        <w:br/>
      </w:r>
      <w:r w:rsidRPr="005A733C">
        <w:rPr>
          <w:rFonts w:ascii="Comic Sans MS" w:hAnsi="Comic Sans MS"/>
          <w:lang w:val="fr-FR"/>
        </w:rPr>
        <w:br/>
      </w:r>
      <w:r w:rsidRPr="005A733C">
        <w:rPr>
          <w:rFonts w:ascii="Comic Sans MS" w:hAnsi="Comic Sans MS"/>
          <w:lang w:val="fr-FR"/>
        </w:rPr>
        <w:br/>
      </w:r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Apple Color Emoji" w:hAnsi="Apple Color Emoji" w:cs="Apple Color Emoji"/>
        </w:rPr>
        <w:t>🌈</w:t>
      </w:r>
      <w:r w:rsidRPr="005A733C">
        <w:rPr>
          <w:rFonts w:ascii="Comic Sans MS" w:hAnsi="Comic Sans MS"/>
          <w:lang w:val="fr-FR"/>
        </w:rPr>
        <w:t xml:space="preserve"> Ce qui pourrait m’apaiser ou me redonner le </w:t>
      </w:r>
      <w:proofErr w:type="gramStart"/>
      <w:r w:rsidRPr="005A733C">
        <w:rPr>
          <w:rFonts w:ascii="Comic Sans MS" w:hAnsi="Comic Sans MS"/>
          <w:lang w:val="fr-FR"/>
        </w:rPr>
        <w:t>sourire :</w:t>
      </w:r>
      <w:proofErr w:type="gramEnd"/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Comic Sans MS" w:hAnsi="Comic Sans MS"/>
          <w:lang w:val="fr-FR"/>
        </w:rPr>
        <w:br/>
      </w:r>
      <w:r w:rsidRPr="005A733C">
        <w:rPr>
          <w:rFonts w:ascii="Comic Sans MS" w:hAnsi="Comic Sans MS"/>
          <w:lang w:val="fr-FR"/>
        </w:rPr>
        <w:br/>
      </w:r>
      <w:r w:rsidRPr="005A733C">
        <w:rPr>
          <w:rFonts w:ascii="Comic Sans MS" w:hAnsi="Comic Sans MS"/>
          <w:lang w:val="fr-FR"/>
        </w:rPr>
        <w:br/>
      </w:r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Comic Sans MS" w:hAnsi="Comic Sans MS"/>
          <w:lang w:val="fr-FR"/>
        </w:rPr>
        <w:br w:type="page"/>
      </w:r>
    </w:p>
    <w:p w:rsidR="003F6E2C" w:rsidRPr="005A733C" w:rsidRDefault="00000000">
      <w:pPr>
        <w:pStyle w:val="Titre2"/>
        <w:rPr>
          <w:rFonts w:ascii="Comic Sans MS" w:hAnsi="Comic Sans MS"/>
          <w:b w:val="0"/>
          <w:bCs w:val="0"/>
          <w:lang w:val="fr-FR"/>
        </w:rPr>
      </w:pPr>
      <w:r w:rsidRPr="005A733C">
        <w:rPr>
          <w:rFonts w:ascii="Comic Sans MS" w:hAnsi="Comic Sans MS"/>
          <w:b w:val="0"/>
          <w:bCs w:val="0"/>
          <w:lang w:val="fr-FR"/>
        </w:rPr>
        <w:lastRenderedPageBreak/>
        <w:t>Mardi</w:t>
      </w:r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Apple Color Emoji" w:hAnsi="Apple Color Emoji" w:cs="Apple Color Emoji"/>
        </w:rPr>
        <w:t>😊</w:t>
      </w:r>
      <w:r w:rsidRPr="005A733C">
        <w:rPr>
          <w:rFonts w:ascii="Comic Sans MS" w:hAnsi="Comic Sans MS"/>
          <w:lang w:val="fr-FR"/>
        </w:rPr>
        <w:t xml:space="preserve"> Je décris mon émotion du jour (émoticône, mot ou phrase</w:t>
      </w:r>
      <w:proofErr w:type="gramStart"/>
      <w:r w:rsidRPr="005A733C">
        <w:rPr>
          <w:rFonts w:ascii="Comic Sans MS" w:hAnsi="Comic Sans MS"/>
          <w:lang w:val="fr-FR"/>
        </w:rPr>
        <w:t>) :</w:t>
      </w:r>
      <w:proofErr w:type="gramEnd"/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Comic Sans MS" w:hAnsi="Comic Sans MS"/>
          <w:lang w:val="fr-FR"/>
        </w:rPr>
        <w:br/>
      </w:r>
      <w:r w:rsidRPr="005A733C">
        <w:rPr>
          <w:rFonts w:ascii="Comic Sans MS" w:hAnsi="Comic Sans MS"/>
          <w:lang w:val="fr-FR"/>
        </w:rPr>
        <w:br/>
      </w:r>
      <w:r w:rsidRPr="005A733C">
        <w:rPr>
          <w:rFonts w:ascii="Comic Sans MS" w:hAnsi="Comic Sans MS"/>
          <w:lang w:val="fr-FR"/>
        </w:rPr>
        <w:br/>
      </w:r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Apple Color Emoji" w:hAnsi="Apple Color Emoji" w:cs="Apple Color Emoji"/>
        </w:rPr>
        <w:t>🧠</w:t>
      </w:r>
      <w:r w:rsidRPr="005A733C">
        <w:rPr>
          <w:rFonts w:ascii="Comic Sans MS" w:hAnsi="Comic Sans MS"/>
          <w:lang w:val="fr-FR"/>
        </w:rPr>
        <w:t xml:space="preserve"> Ce qui a provoqué cette </w:t>
      </w:r>
      <w:proofErr w:type="gramStart"/>
      <w:r w:rsidRPr="005A733C">
        <w:rPr>
          <w:rFonts w:ascii="Comic Sans MS" w:hAnsi="Comic Sans MS"/>
          <w:lang w:val="fr-FR"/>
        </w:rPr>
        <w:t>émotion :</w:t>
      </w:r>
      <w:proofErr w:type="gramEnd"/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Comic Sans MS" w:hAnsi="Comic Sans MS"/>
          <w:lang w:val="fr-FR"/>
        </w:rPr>
        <w:br/>
      </w:r>
      <w:r w:rsidRPr="005A733C">
        <w:rPr>
          <w:rFonts w:ascii="Comic Sans MS" w:hAnsi="Comic Sans MS"/>
          <w:lang w:val="fr-FR"/>
        </w:rPr>
        <w:br/>
      </w:r>
      <w:r w:rsidRPr="005A733C">
        <w:rPr>
          <w:rFonts w:ascii="Comic Sans MS" w:hAnsi="Comic Sans MS"/>
          <w:lang w:val="fr-FR"/>
        </w:rPr>
        <w:br/>
      </w:r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Apple Color Emoji" w:hAnsi="Apple Color Emoji" w:cs="Apple Color Emoji"/>
        </w:rPr>
        <w:t>🌈</w:t>
      </w:r>
      <w:r w:rsidRPr="005A733C">
        <w:rPr>
          <w:rFonts w:ascii="Comic Sans MS" w:hAnsi="Comic Sans MS"/>
          <w:lang w:val="fr-FR"/>
        </w:rPr>
        <w:t xml:space="preserve"> Ce qui pourrait m’apaiser ou me redonner le </w:t>
      </w:r>
      <w:proofErr w:type="gramStart"/>
      <w:r w:rsidRPr="005A733C">
        <w:rPr>
          <w:rFonts w:ascii="Comic Sans MS" w:hAnsi="Comic Sans MS"/>
          <w:lang w:val="fr-FR"/>
        </w:rPr>
        <w:t>sourire :</w:t>
      </w:r>
      <w:proofErr w:type="gramEnd"/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Comic Sans MS" w:hAnsi="Comic Sans MS"/>
          <w:lang w:val="fr-FR"/>
        </w:rPr>
        <w:br/>
      </w:r>
      <w:r w:rsidRPr="005A733C">
        <w:rPr>
          <w:rFonts w:ascii="Comic Sans MS" w:hAnsi="Comic Sans MS"/>
          <w:lang w:val="fr-FR"/>
        </w:rPr>
        <w:br/>
      </w:r>
      <w:r w:rsidRPr="005A733C">
        <w:rPr>
          <w:rFonts w:ascii="Comic Sans MS" w:hAnsi="Comic Sans MS"/>
          <w:lang w:val="fr-FR"/>
        </w:rPr>
        <w:br/>
      </w:r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Comic Sans MS" w:hAnsi="Comic Sans MS"/>
          <w:lang w:val="fr-FR"/>
        </w:rPr>
        <w:br w:type="page"/>
      </w:r>
    </w:p>
    <w:p w:rsidR="003F6E2C" w:rsidRPr="005A733C" w:rsidRDefault="00000000">
      <w:pPr>
        <w:pStyle w:val="Titre2"/>
        <w:rPr>
          <w:rFonts w:ascii="Comic Sans MS" w:hAnsi="Comic Sans MS"/>
          <w:b w:val="0"/>
          <w:bCs w:val="0"/>
          <w:lang w:val="fr-FR"/>
        </w:rPr>
      </w:pPr>
      <w:r w:rsidRPr="005A733C">
        <w:rPr>
          <w:rFonts w:ascii="Comic Sans MS" w:hAnsi="Comic Sans MS"/>
          <w:b w:val="0"/>
          <w:bCs w:val="0"/>
          <w:lang w:val="fr-FR"/>
        </w:rPr>
        <w:lastRenderedPageBreak/>
        <w:t>Mercredi</w:t>
      </w:r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Apple Color Emoji" w:hAnsi="Apple Color Emoji" w:cs="Apple Color Emoji"/>
        </w:rPr>
        <w:t>😊</w:t>
      </w:r>
      <w:r w:rsidRPr="005A733C">
        <w:rPr>
          <w:rFonts w:ascii="Comic Sans MS" w:hAnsi="Comic Sans MS"/>
          <w:lang w:val="fr-FR"/>
        </w:rPr>
        <w:t xml:space="preserve"> Je décris mon émotion du jour (émoticône, mot ou phrase</w:t>
      </w:r>
      <w:proofErr w:type="gramStart"/>
      <w:r w:rsidRPr="005A733C">
        <w:rPr>
          <w:rFonts w:ascii="Comic Sans MS" w:hAnsi="Comic Sans MS"/>
          <w:lang w:val="fr-FR"/>
        </w:rPr>
        <w:t>) :</w:t>
      </w:r>
      <w:proofErr w:type="gramEnd"/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Comic Sans MS" w:hAnsi="Comic Sans MS"/>
          <w:lang w:val="fr-FR"/>
        </w:rPr>
        <w:br/>
      </w:r>
      <w:r w:rsidRPr="005A733C">
        <w:rPr>
          <w:rFonts w:ascii="Comic Sans MS" w:hAnsi="Comic Sans MS"/>
          <w:lang w:val="fr-FR"/>
        </w:rPr>
        <w:br/>
      </w:r>
      <w:r w:rsidRPr="005A733C">
        <w:rPr>
          <w:rFonts w:ascii="Comic Sans MS" w:hAnsi="Comic Sans MS"/>
          <w:lang w:val="fr-FR"/>
        </w:rPr>
        <w:br/>
      </w:r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Apple Color Emoji" w:hAnsi="Apple Color Emoji" w:cs="Apple Color Emoji"/>
        </w:rPr>
        <w:t>🧠</w:t>
      </w:r>
      <w:r w:rsidRPr="005A733C">
        <w:rPr>
          <w:rFonts w:ascii="Comic Sans MS" w:hAnsi="Comic Sans MS"/>
          <w:lang w:val="fr-FR"/>
        </w:rPr>
        <w:t xml:space="preserve"> Ce qui a provoqué cette </w:t>
      </w:r>
      <w:proofErr w:type="gramStart"/>
      <w:r w:rsidRPr="005A733C">
        <w:rPr>
          <w:rFonts w:ascii="Comic Sans MS" w:hAnsi="Comic Sans MS"/>
          <w:lang w:val="fr-FR"/>
        </w:rPr>
        <w:t>émotion :</w:t>
      </w:r>
      <w:proofErr w:type="gramEnd"/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Comic Sans MS" w:hAnsi="Comic Sans MS"/>
          <w:lang w:val="fr-FR"/>
        </w:rPr>
        <w:br/>
      </w:r>
      <w:r w:rsidRPr="005A733C">
        <w:rPr>
          <w:rFonts w:ascii="Comic Sans MS" w:hAnsi="Comic Sans MS"/>
          <w:lang w:val="fr-FR"/>
        </w:rPr>
        <w:br/>
      </w:r>
      <w:r w:rsidRPr="005A733C">
        <w:rPr>
          <w:rFonts w:ascii="Comic Sans MS" w:hAnsi="Comic Sans MS"/>
          <w:lang w:val="fr-FR"/>
        </w:rPr>
        <w:br/>
      </w:r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Apple Color Emoji" w:hAnsi="Apple Color Emoji" w:cs="Apple Color Emoji"/>
        </w:rPr>
        <w:t>🌈</w:t>
      </w:r>
      <w:r w:rsidRPr="005A733C">
        <w:rPr>
          <w:rFonts w:ascii="Comic Sans MS" w:hAnsi="Comic Sans MS"/>
          <w:lang w:val="fr-FR"/>
        </w:rPr>
        <w:t xml:space="preserve"> Ce qui pourrait m’apaiser ou me redonner le </w:t>
      </w:r>
      <w:proofErr w:type="gramStart"/>
      <w:r w:rsidRPr="005A733C">
        <w:rPr>
          <w:rFonts w:ascii="Comic Sans MS" w:hAnsi="Comic Sans MS"/>
          <w:lang w:val="fr-FR"/>
        </w:rPr>
        <w:t>sourire :</w:t>
      </w:r>
      <w:proofErr w:type="gramEnd"/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Comic Sans MS" w:hAnsi="Comic Sans MS"/>
          <w:lang w:val="fr-FR"/>
        </w:rPr>
        <w:br/>
      </w:r>
      <w:r w:rsidRPr="005A733C">
        <w:rPr>
          <w:rFonts w:ascii="Comic Sans MS" w:hAnsi="Comic Sans MS"/>
          <w:lang w:val="fr-FR"/>
        </w:rPr>
        <w:br/>
      </w:r>
      <w:r w:rsidRPr="005A733C">
        <w:rPr>
          <w:rFonts w:ascii="Comic Sans MS" w:hAnsi="Comic Sans MS"/>
          <w:lang w:val="fr-FR"/>
        </w:rPr>
        <w:br/>
      </w:r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Comic Sans MS" w:hAnsi="Comic Sans MS"/>
          <w:lang w:val="fr-FR"/>
        </w:rPr>
        <w:br w:type="page"/>
      </w:r>
    </w:p>
    <w:p w:rsidR="003F6E2C" w:rsidRPr="005A733C" w:rsidRDefault="00000000">
      <w:pPr>
        <w:pStyle w:val="Titre2"/>
        <w:rPr>
          <w:rFonts w:ascii="Comic Sans MS" w:hAnsi="Comic Sans MS"/>
          <w:b w:val="0"/>
          <w:bCs w:val="0"/>
          <w:lang w:val="fr-FR"/>
        </w:rPr>
      </w:pPr>
      <w:r w:rsidRPr="005A733C">
        <w:rPr>
          <w:rFonts w:ascii="Comic Sans MS" w:hAnsi="Comic Sans MS"/>
          <w:b w:val="0"/>
          <w:bCs w:val="0"/>
          <w:lang w:val="fr-FR"/>
        </w:rPr>
        <w:lastRenderedPageBreak/>
        <w:t>Jeudi</w:t>
      </w:r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Apple Color Emoji" w:hAnsi="Apple Color Emoji" w:cs="Apple Color Emoji"/>
        </w:rPr>
        <w:t>😊</w:t>
      </w:r>
      <w:r w:rsidRPr="005A733C">
        <w:rPr>
          <w:rFonts w:ascii="Comic Sans MS" w:hAnsi="Comic Sans MS"/>
          <w:lang w:val="fr-FR"/>
        </w:rPr>
        <w:t xml:space="preserve"> Je décris mon émotion du jour (émoticône, mot ou phrase</w:t>
      </w:r>
      <w:proofErr w:type="gramStart"/>
      <w:r w:rsidRPr="005A733C">
        <w:rPr>
          <w:rFonts w:ascii="Comic Sans MS" w:hAnsi="Comic Sans MS"/>
          <w:lang w:val="fr-FR"/>
        </w:rPr>
        <w:t>) :</w:t>
      </w:r>
      <w:proofErr w:type="gramEnd"/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Comic Sans MS" w:hAnsi="Comic Sans MS"/>
          <w:lang w:val="fr-FR"/>
        </w:rPr>
        <w:br/>
      </w:r>
      <w:r w:rsidRPr="005A733C">
        <w:rPr>
          <w:rFonts w:ascii="Comic Sans MS" w:hAnsi="Comic Sans MS"/>
          <w:lang w:val="fr-FR"/>
        </w:rPr>
        <w:br/>
      </w:r>
      <w:r w:rsidRPr="005A733C">
        <w:rPr>
          <w:rFonts w:ascii="Comic Sans MS" w:hAnsi="Comic Sans MS"/>
          <w:lang w:val="fr-FR"/>
        </w:rPr>
        <w:br/>
      </w:r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Apple Color Emoji" w:hAnsi="Apple Color Emoji" w:cs="Apple Color Emoji"/>
        </w:rPr>
        <w:t>🧠</w:t>
      </w:r>
      <w:r w:rsidRPr="005A733C">
        <w:rPr>
          <w:rFonts w:ascii="Comic Sans MS" w:hAnsi="Comic Sans MS"/>
          <w:lang w:val="fr-FR"/>
        </w:rPr>
        <w:t xml:space="preserve"> Ce qui a provoqué cette </w:t>
      </w:r>
      <w:proofErr w:type="gramStart"/>
      <w:r w:rsidRPr="005A733C">
        <w:rPr>
          <w:rFonts w:ascii="Comic Sans MS" w:hAnsi="Comic Sans MS"/>
          <w:lang w:val="fr-FR"/>
        </w:rPr>
        <w:t>émotion :</w:t>
      </w:r>
      <w:proofErr w:type="gramEnd"/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Comic Sans MS" w:hAnsi="Comic Sans MS"/>
          <w:lang w:val="fr-FR"/>
        </w:rPr>
        <w:br/>
      </w:r>
      <w:r w:rsidRPr="005A733C">
        <w:rPr>
          <w:rFonts w:ascii="Comic Sans MS" w:hAnsi="Comic Sans MS"/>
          <w:lang w:val="fr-FR"/>
        </w:rPr>
        <w:br/>
      </w:r>
      <w:r w:rsidRPr="005A733C">
        <w:rPr>
          <w:rFonts w:ascii="Comic Sans MS" w:hAnsi="Comic Sans MS"/>
          <w:lang w:val="fr-FR"/>
        </w:rPr>
        <w:br/>
      </w:r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Apple Color Emoji" w:hAnsi="Apple Color Emoji" w:cs="Apple Color Emoji"/>
        </w:rPr>
        <w:t>🌈</w:t>
      </w:r>
      <w:r w:rsidRPr="005A733C">
        <w:rPr>
          <w:rFonts w:ascii="Comic Sans MS" w:hAnsi="Comic Sans MS"/>
          <w:lang w:val="fr-FR"/>
        </w:rPr>
        <w:t xml:space="preserve"> Ce qui pourrait m’apaiser ou me redonner le </w:t>
      </w:r>
      <w:proofErr w:type="gramStart"/>
      <w:r w:rsidRPr="005A733C">
        <w:rPr>
          <w:rFonts w:ascii="Comic Sans MS" w:hAnsi="Comic Sans MS"/>
          <w:lang w:val="fr-FR"/>
        </w:rPr>
        <w:t>sourire :</w:t>
      </w:r>
      <w:proofErr w:type="gramEnd"/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Comic Sans MS" w:hAnsi="Comic Sans MS"/>
          <w:lang w:val="fr-FR"/>
        </w:rPr>
        <w:br/>
      </w:r>
      <w:r w:rsidRPr="005A733C">
        <w:rPr>
          <w:rFonts w:ascii="Comic Sans MS" w:hAnsi="Comic Sans MS"/>
          <w:lang w:val="fr-FR"/>
        </w:rPr>
        <w:br/>
      </w:r>
      <w:r w:rsidRPr="005A733C">
        <w:rPr>
          <w:rFonts w:ascii="Comic Sans MS" w:hAnsi="Comic Sans MS"/>
          <w:lang w:val="fr-FR"/>
        </w:rPr>
        <w:br/>
      </w:r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Comic Sans MS" w:hAnsi="Comic Sans MS"/>
          <w:lang w:val="fr-FR"/>
        </w:rPr>
        <w:br w:type="page"/>
      </w:r>
    </w:p>
    <w:p w:rsidR="003F6E2C" w:rsidRPr="005A733C" w:rsidRDefault="00000000">
      <w:pPr>
        <w:pStyle w:val="Titre2"/>
        <w:rPr>
          <w:rFonts w:ascii="Comic Sans MS" w:hAnsi="Comic Sans MS"/>
          <w:b w:val="0"/>
          <w:bCs w:val="0"/>
          <w:lang w:val="fr-FR"/>
        </w:rPr>
      </w:pPr>
      <w:r w:rsidRPr="005A733C">
        <w:rPr>
          <w:rFonts w:ascii="Comic Sans MS" w:hAnsi="Comic Sans MS"/>
          <w:b w:val="0"/>
          <w:bCs w:val="0"/>
          <w:lang w:val="fr-FR"/>
        </w:rPr>
        <w:lastRenderedPageBreak/>
        <w:t>Vendredi</w:t>
      </w:r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Apple Color Emoji" w:hAnsi="Apple Color Emoji" w:cs="Apple Color Emoji"/>
        </w:rPr>
        <w:t>😊</w:t>
      </w:r>
      <w:r w:rsidRPr="005A733C">
        <w:rPr>
          <w:rFonts w:ascii="Comic Sans MS" w:hAnsi="Comic Sans MS"/>
          <w:lang w:val="fr-FR"/>
        </w:rPr>
        <w:t xml:space="preserve"> Je décris mon émotion du jour (émoticône, mot ou phrase</w:t>
      </w:r>
      <w:proofErr w:type="gramStart"/>
      <w:r w:rsidRPr="005A733C">
        <w:rPr>
          <w:rFonts w:ascii="Comic Sans MS" w:hAnsi="Comic Sans MS"/>
          <w:lang w:val="fr-FR"/>
        </w:rPr>
        <w:t>) :</w:t>
      </w:r>
      <w:proofErr w:type="gramEnd"/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Comic Sans MS" w:hAnsi="Comic Sans MS"/>
          <w:lang w:val="fr-FR"/>
        </w:rPr>
        <w:br/>
      </w:r>
      <w:r w:rsidRPr="005A733C">
        <w:rPr>
          <w:rFonts w:ascii="Comic Sans MS" w:hAnsi="Comic Sans MS"/>
          <w:lang w:val="fr-FR"/>
        </w:rPr>
        <w:br/>
      </w:r>
      <w:r w:rsidRPr="005A733C">
        <w:rPr>
          <w:rFonts w:ascii="Comic Sans MS" w:hAnsi="Comic Sans MS"/>
          <w:lang w:val="fr-FR"/>
        </w:rPr>
        <w:br/>
      </w:r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Apple Color Emoji" w:hAnsi="Apple Color Emoji" w:cs="Apple Color Emoji"/>
        </w:rPr>
        <w:t>🧠</w:t>
      </w:r>
      <w:r w:rsidRPr="005A733C">
        <w:rPr>
          <w:rFonts w:ascii="Comic Sans MS" w:hAnsi="Comic Sans MS"/>
          <w:lang w:val="fr-FR"/>
        </w:rPr>
        <w:t xml:space="preserve"> Ce qui a provoqué cette </w:t>
      </w:r>
      <w:proofErr w:type="gramStart"/>
      <w:r w:rsidRPr="005A733C">
        <w:rPr>
          <w:rFonts w:ascii="Comic Sans MS" w:hAnsi="Comic Sans MS"/>
          <w:lang w:val="fr-FR"/>
        </w:rPr>
        <w:t>émotion :</w:t>
      </w:r>
      <w:proofErr w:type="gramEnd"/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Comic Sans MS" w:hAnsi="Comic Sans MS"/>
          <w:lang w:val="fr-FR"/>
        </w:rPr>
        <w:br/>
      </w:r>
      <w:r w:rsidRPr="005A733C">
        <w:rPr>
          <w:rFonts w:ascii="Comic Sans MS" w:hAnsi="Comic Sans MS"/>
          <w:lang w:val="fr-FR"/>
        </w:rPr>
        <w:br/>
      </w:r>
      <w:r w:rsidRPr="005A733C">
        <w:rPr>
          <w:rFonts w:ascii="Comic Sans MS" w:hAnsi="Comic Sans MS"/>
          <w:lang w:val="fr-FR"/>
        </w:rPr>
        <w:br/>
      </w:r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Apple Color Emoji" w:hAnsi="Apple Color Emoji" w:cs="Apple Color Emoji"/>
        </w:rPr>
        <w:t>🌈</w:t>
      </w:r>
      <w:r w:rsidRPr="005A733C">
        <w:rPr>
          <w:rFonts w:ascii="Comic Sans MS" w:hAnsi="Comic Sans MS"/>
          <w:lang w:val="fr-FR"/>
        </w:rPr>
        <w:t xml:space="preserve"> Ce qui pourrait m’apaiser ou me redonner le </w:t>
      </w:r>
      <w:proofErr w:type="gramStart"/>
      <w:r w:rsidRPr="005A733C">
        <w:rPr>
          <w:rFonts w:ascii="Comic Sans MS" w:hAnsi="Comic Sans MS"/>
          <w:lang w:val="fr-FR"/>
        </w:rPr>
        <w:t>sourire :</w:t>
      </w:r>
      <w:proofErr w:type="gramEnd"/>
    </w:p>
    <w:p w:rsidR="003F6E2C" w:rsidRPr="005A733C" w:rsidRDefault="00000000">
      <w:pPr>
        <w:rPr>
          <w:rFonts w:ascii="Comic Sans MS" w:hAnsi="Comic Sans MS"/>
          <w:lang w:val="fr-FR"/>
        </w:rPr>
      </w:pPr>
      <w:r w:rsidRPr="005A733C">
        <w:rPr>
          <w:rFonts w:ascii="Comic Sans MS" w:hAnsi="Comic Sans MS"/>
          <w:lang w:val="fr-FR"/>
        </w:rPr>
        <w:br/>
      </w:r>
      <w:r w:rsidRPr="005A733C">
        <w:rPr>
          <w:rFonts w:ascii="Comic Sans MS" w:hAnsi="Comic Sans MS"/>
          <w:lang w:val="fr-FR"/>
        </w:rPr>
        <w:br/>
      </w:r>
      <w:r w:rsidRPr="005A733C">
        <w:rPr>
          <w:rFonts w:ascii="Comic Sans MS" w:hAnsi="Comic Sans MS"/>
          <w:lang w:val="fr-FR"/>
        </w:rPr>
        <w:br/>
      </w:r>
    </w:p>
    <w:sectPr w:rsidR="003F6E2C" w:rsidRPr="005A73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81695636">
    <w:abstractNumId w:val="8"/>
  </w:num>
  <w:num w:numId="2" w16cid:durableId="137310922">
    <w:abstractNumId w:val="6"/>
  </w:num>
  <w:num w:numId="3" w16cid:durableId="1292714860">
    <w:abstractNumId w:val="5"/>
  </w:num>
  <w:num w:numId="4" w16cid:durableId="1247808267">
    <w:abstractNumId w:val="4"/>
  </w:num>
  <w:num w:numId="5" w16cid:durableId="1133526918">
    <w:abstractNumId w:val="7"/>
  </w:num>
  <w:num w:numId="6" w16cid:durableId="748119407">
    <w:abstractNumId w:val="3"/>
  </w:num>
  <w:num w:numId="7" w16cid:durableId="1428690667">
    <w:abstractNumId w:val="2"/>
  </w:num>
  <w:num w:numId="8" w16cid:durableId="464397435">
    <w:abstractNumId w:val="1"/>
  </w:num>
  <w:num w:numId="9" w16cid:durableId="6664446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3F6E2C"/>
    <w:rsid w:val="005A733C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18D36D"/>
  <w14:defaultImageDpi w14:val="300"/>
  <w15:docId w15:val="{88FD3793-00A2-954B-ADC0-63C95F341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186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Microsoft Office User</cp:lastModifiedBy>
  <cp:revision>2</cp:revision>
  <dcterms:created xsi:type="dcterms:W3CDTF">2025-06-26T17:23:00Z</dcterms:created>
  <dcterms:modified xsi:type="dcterms:W3CDTF">2025-06-26T17:23:00Z</dcterms:modified>
  <cp:category/>
</cp:coreProperties>
</file>