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Corrigé - Dominos des homophones</w:t>
      </w:r>
    </w:p>
    <w:p>
      <w:pPr>
        <w:spacing w:before="0" w:after="100"/>
      </w:pPr>
      <w:r>
        <w:rPr>
          <w:rFonts w:ascii="Arial" w:hAnsi="Arial" w:eastAsia="Arial"/>
          <w:i/>
          <w:color w:val="586570"/>
          <w:sz w:val="28"/>
        </w:rPr>
        <w:t>Corrigé enseignant : les réponses sont indiquées en rouge dans chaque phrase.</w:t>
      </w:r>
    </w:p>
    <w:p>
      <w:pPr>
        <w:pStyle w:val="Heading1"/>
        <w:keepNext/>
      </w:pPr>
      <w:r>
        <w:t>Série 1 - page 1 du jeu</w:t>
      </w:r>
    </w:p>
    <w:tbl>
      <w:tblPr>
        <w:tblStyle w:val="TableGrid"/>
        <w:tblW w:type="dxa" w:w="10091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9D5"/>
          <w:left w:val="single" w:sz="6" w:space="0" w:color="B7C9D5"/>
          <w:bottom w:val="single" w:sz="6" w:space="0" w:color="B7C9D5"/>
          <w:right w:val="single" w:sz="6" w:space="0" w:color="B7C9D5"/>
          <w:insideH w:val="single" w:sz="6" w:space="0" w:color="B7C9D5"/>
          <w:insideV w:val="single" w:sz="6" w:space="0" w:color="B7C9D5"/>
        </w:tblBorders>
      </w:tblPr>
      <w:tblGrid>
        <w:gridCol w:w="700"/>
        <w:gridCol w:w="9391"/>
      </w:tblGrid>
      <w:tr>
        <w:trPr>
          <w:tblHeader w:val="true"/>
        </w:trPr>
        <w:tc>
          <w:tcPr>
            <w:tcW w:type="dxa" w:w="700"/>
            <w:shd w:fill="EAF4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174F73"/>
                <w:sz w:val="28"/>
              </w:rPr>
              <w:t>N°</w:t>
            </w:r>
          </w:p>
        </w:tc>
        <w:tc>
          <w:tcPr>
            <w:tcW w:type="dxa" w:w="9391"/>
            <w:shd w:fill="EAF4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color w:val="174F73"/>
                <w:sz w:val="28"/>
              </w:rPr>
              <w:t>Phrase corrigée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Ils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ont</w:t>
            </w:r>
            <w:r>
              <w:rPr>
                <w:rFonts w:ascii="Arial" w:hAnsi="Arial" w:eastAsia="Arial"/>
                <w:sz w:val="28"/>
              </w:rPr>
              <w:t xml:space="preserve"> un poil dans la main !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2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Il a plu et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</w:t>
            </w:r>
            <w:r>
              <w:rPr>
                <w:rFonts w:ascii="Arial" w:hAnsi="Arial" w:eastAsia="Arial"/>
                <w:sz w:val="28"/>
              </w:rPr>
              <w:t xml:space="preserve"> est rentré.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3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color w:val="C00000"/>
                <w:sz w:val="28"/>
              </w:rPr>
              <w:t>On</w:t>
            </w:r>
            <w:r>
              <w:rPr>
                <w:rFonts w:ascii="Arial" w:hAnsi="Arial" w:eastAsia="Arial"/>
                <w:sz w:val="28"/>
              </w:rPr>
              <w:t xml:space="preserve"> va au parc zoologique.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4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Lucie a oublié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son</w:t>
            </w:r>
            <w:r>
              <w:rPr>
                <w:rFonts w:ascii="Arial" w:hAnsi="Arial" w:eastAsia="Arial"/>
                <w:sz w:val="28"/>
              </w:rPr>
              <w:t xml:space="preserve"> cartable.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5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Il a pris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son</w:t>
            </w:r>
            <w:r>
              <w:rPr>
                <w:rFonts w:ascii="Arial" w:hAnsi="Arial" w:eastAsia="Arial"/>
                <w:sz w:val="28"/>
              </w:rPr>
              <w:t xml:space="preserve"> livre sur les trains.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6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color w:val="C00000"/>
                <w:sz w:val="28"/>
              </w:rPr>
              <w:t>Son</w:t>
            </w:r>
            <w:r>
              <w:rPr>
                <w:rFonts w:ascii="Arial" w:hAnsi="Arial" w:eastAsia="Arial"/>
                <w:sz w:val="28"/>
              </w:rPr>
              <w:t xml:space="preserve"> chien aboie.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7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Les canards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ont</w:t>
            </w:r>
            <w:r>
              <w:rPr>
                <w:rFonts w:ascii="Arial" w:hAnsi="Arial" w:eastAsia="Arial"/>
                <w:sz w:val="28"/>
              </w:rPr>
              <w:t xml:space="preserve"> des pattes palmées.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8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Florent a prêté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son</w:t>
            </w:r>
            <w:r>
              <w:rPr>
                <w:rFonts w:ascii="Arial" w:hAnsi="Arial" w:eastAsia="Arial"/>
                <w:sz w:val="28"/>
              </w:rPr>
              <w:t xml:space="preserve"> jeu vidéo.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9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color w:val="C00000"/>
                <w:sz w:val="28"/>
              </w:rPr>
              <w:t>On</w:t>
            </w:r>
            <w:r>
              <w:rPr>
                <w:rFonts w:ascii="Arial" w:hAnsi="Arial" w:eastAsia="Arial"/>
                <w:sz w:val="28"/>
              </w:rPr>
              <w:t xml:space="preserve"> n'entend rien !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10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Hier,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</w:t>
            </w:r>
            <w:r>
              <w:rPr>
                <w:rFonts w:ascii="Arial" w:hAnsi="Arial" w:eastAsia="Arial"/>
                <w:sz w:val="28"/>
              </w:rPr>
              <w:t xml:space="preserve"> a ramassé les pommes.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11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Les joueurs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ont</w:t>
            </w:r>
            <w:r>
              <w:rPr>
                <w:rFonts w:ascii="Arial" w:hAnsi="Arial" w:eastAsia="Arial"/>
                <w:sz w:val="28"/>
              </w:rPr>
              <w:t xml:space="preserve"> des raquettes.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12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Les randonneurs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ont</w:t>
            </w:r>
            <w:r>
              <w:rPr>
                <w:rFonts w:ascii="Arial" w:hAnsi="Arial" w:eastAsia="Arial"/>
                <w:sz w:val="28"/>
              </w:rPr>
              <w:t xml:space="preserve"> dormi dans une tente.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13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color w:val="C00000"/>
                <w:sz w:val="28"/>
              </w:rPr>
              <w:t>On</w:t>
            </w:r>
            <w:r>
              <w:rPr>
                <w:rFonts w:ascii="Arial" w:hAnsi="Arial" w:eastAsia="Arial"/>
                <w:sz w:val="28"/>
              </w:rPr>
              <w:t xml:space="preserve"> frappe à la porte.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14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Elles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ont</w:t>
            </w:r>
            <w:r>
              <w:rPr>
                <w:rFonts w:ascii="Arial" w:hAnsi="Arial" w:eastAsia="Arial"/>
                <w:sz w:val="28"/>
              </w:rPr>
              <w:t xml:space="preserve"> un chien adorable.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15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Tu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as</w:t>
            </w:r>
            <w:r>
              <w:rPr>
                <w:rFonts w:ascii="Arial" w:hAnsi="Arial" w:eastAsia="Arial"/>
                <w:sz w:val="28"/>
              </w:rPr>
              <w:t xml:space="preserve"> oublié ton manteau.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16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Pierre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et</w:t>
            </w:r>
            <w:r>
              <w:rPr>
                <w:rFonts w:ascii="Arial" w:hAnsi="Arial" w:eastAsia="Arial"/>
                <w:sz w:val="28"/>
              </w:rPr>
              <w:t xml:space="preserve"> Lucie sont cousins.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Série 2 - page 2 du jeu</w:t>
      </w:r>
    </w:p>
    <w:tbl>
      <w:tblPr>
        <w:tblStyle w:val="TableGrid"/>
        <w:tblW w:type="dxa" w:w="10091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9D5"/>
          <w:left w:val="single" w:sz="6" w:space="0" w:color="B7C9D5"/>
          <w:bottom w:val="single" w:sz="6" w:space="0" w:color="B7C9D5"/>
          <w:right w:val="single" w:sz="6" w:space="0" w:color="B7C9D5"/>
          <w:insideH w:val="single" w:sz="6" w:space="0" w:color="B7C9D5"/>
          <w:insideV w:val="single" w:sz="6" w:space="0" w:color="B7C9D5"/>
        </w:tblBorders>
      </w:tblPr>
      <w:tblGrid>
        <w:gridCol w:w="700"/>
        <w:gridCol w:w="9391"/>
      </w:tblGrid>
      <w:tr>
        <w:trPr>
          <w:tblHeader w:val="true"/>
        </w:trPr>
        <w:tc>
          <w:tcPr>
            <w:tcW w:type="dxa" w:w="700"/>
            <w:shd w:fill="EAF4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174F73"/>
                <w:sz w:val="28"/>
              </w:rPr>
              <w:t>N°</w:t>
            </w:r>
          </w:p>
        </w:tc>
        <w:tc>
          <w:tcPr>
            <w:tcW w:type="dxa" w:w="9391"/>
            <w:shd w:fill="EAF4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color w:val="174F73"/>
                <w:sz w:val="28"/>
              </w:rPr>
              <w:t>Phrase corrigée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Il pense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à</w:t>
            </w:r>
            <w:r>
              <w:rPr>
                <w:rFonts w:ascii="Arial" w:hAnsi="Arial" w:eastAsia="Arial"/>
                <w:sz w:val="28"/>
              </w:rPr>
              <w:t xml:space="preserve"> son avenir.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2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Tu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as</w:t>
            </w:r>
            <w:r>
              <w:rPr>
                <w:rFonts w:ascii="Arial" w:hAnsi="Arial" w:eastAsia="Arial"/>
                <w:sz w:val="28"/>
              </w:rPr>
              <w:t xml:space="preserve"> de la chance !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3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 film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est</w:t>
            </w:r>
            <w:r>
              <w:rPr>
                <w:rFonts w:ascii="Arial" w:hAnsi="Arial" w:eastAsia="Arial"/>
                <w:sz w:val="28"/>
              </w:rPr>
              <w:t xml:space="preserve"> très intéressant.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4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Tu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es</w:t>
            </w:r>
            <w:r>
              <w:rPr>
                <w:rFonts w:ascii="Arial" w:hAnsi="Arial" w:eastAsia="Arial"/>
                <w:sz w:val="28"/>
              </w:rPr>
              <w:t xml:space="preserve"> vraiment incroyable !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5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Du pain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et</w:t>
            </w:r>
            <w:r>
              <w:rPr>
                <w:rFonts w:ascii="Arial" w:hAnsi="Arial" w:eastAsia="Arial"/>
                <w:sz w:val="28"/>
              </w:rPr>
              <w:t xml:space="preserve"> du fromage.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6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Il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</w:t>
            </w:r>
            <w:r>
              <w:rPr>
                <w:rFonts w:ascii="Arial" w:hAnsi="Arial" w:eastAsia="Arial"/>
                <w:sz w:val="28"/>
              </w:rPr>
              <w:t xml:space="preserve"> ouvert la fenêtre.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7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Elle range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son</w:t>
            </w:r>
            <w:r>
              <w:rPr>
                <w:rFonts w:ascii="Arial" w:hAnsi="Arial" w:eastAsia="Arial"/>
                <w:sz w:val="28"/>
              </w:rPr>
              <w:t xml:space="preserve"> bureau.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8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>J'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ai</w:t>
            </w:r>
            <w:r>
              <w:rPr>
                <w:rFonts w:ascii="Arial" w:hAnsi="Arial" w:eastAsia="Arial"/>
                <w:sz w:val="28"/>
              </w:rPr>
              <w:t xml:space="preserve"> très envie de sortir.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9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Les enfants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ont</w:t>
            </w:r>
            <w:r>
              <w:rPr>
                <w:rFonts w:ascii="Arial" w:hAnsi="Arial" w:eastAsia="Arial"/>
                <w:sz w:val="28"/>
              </w:rPr>
              <w:t xml:space="preserve"> un grand jardin.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10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Mes cousins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sont</w:t>
            </w:r>
            <w:r>
              <w:rPr>
                <w:rFonts w:ascii="Arial" w:hAnsi="Arial" w:eastAsia="Arial"/>
                <w:sz w:val="28"/>
              </w:rPr>
              <w:t xml:space="preserve"> très gentils.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11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Nous allons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à</w:t>
            </w:r>
            <w:r>
              <w:rPr>
                <w:rFonts w:ascii="Arial" w:hAnsi="Arial" w:eastAsia="Arial"/>
                <w:sz w:val="28"/>
              </w:rPr>
              <w:t xml:space="preserve"> la bibliothèque.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12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 chat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est</w:t>
            </w:r>
            <w:r>
              <w:rPr>
                <w:rFonts w:ascii="Arial" w:hAnsi="Arial" w:eastAsia="Arial"/>
                <w:sz w:val="28"/>
              </w:rPr>
              <w:t xml:space="preserve"> sur le canapé.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13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>J'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ai</w:t>
            </w:r>
            <w:r>
              <w:rPr>
                <w:rFonts w:ascii="Arial" w:hAnsi="Arial" w:eastAsia="Arial"/>
                <w:sz w:val="28"/>
              </w:rPr>
              <w:t xml:space="preserve"> pris le temps de réfléchir.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14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 musicien accorde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son</w:t>
            </w:r>
            <w:r>
              <w:rPr>
                <w:rFonts w:ascii="Arial" w:hAnsi="Arial" w:eastAsia="Arial"/>
                <w:sz w:val="28"/>
              </w:rPr>
              <w:t xml:space="preserve"> instrument.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15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Je pense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à</w:t>
            </w:r>
            <w:r>
              <w:rPr>
                <w:rFonts w:ascii="Arial" w:hAnsi="Arial" w:eastAsia="Arial"/>
                <w:sz w:val="28"/>
              </w:rPr>
              <w:t xml:space="preserve"> toi.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16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Les oiseaux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ont</w:t>
            </w:r>
            <w:r>
              <w:rPr>
                <w:rFonts w:ascii="Arial" w:hAnsi="Arial" w:eastAsia="Arial"/>
                <w:sz w:val="28"/>
              </w:rPr>
              <w:t xml:space="preserve"> quitté le nid.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Série 3 - page 3 du jeu</w:t>
      </w:r>
    </w:p>
    <w:tbl>
      <w:tblPr>
        <w:tblStyle w:val="TableGrid"/>
        <w:tblW w:type="dxa" w:w="10091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9D5"/>
          <w:left w:val="single" w:sz="6" w:space="0" w:color="B7C9D5"/>
          <w:bottom w:val="single" w:sz="6" w:space="0" w:color="B7C9D5"/>
          <w:right w:val="single" w:sz="6" w:space="0" w:color="B7C9D5"/>
          <w:insideH w:val="single" w:sz="6" w:space="0" w:color="B7C9D5"/>
          <w:insideV w:val="single" w:sz="6" w:space="0" w:color="B7C9D5"/>
        </w:tblBorders>
      </w:tblPr>
      <w:tblGrid>
        <w:gridCol w:w="700"/>
        <w:gridCol w:w="9391"/>
      </w:tblGrid>
      <w:tr>
        <w:trPr>
          <w:tblHeader w:val="true"/>
        </w:trPr>
        <w:tc>
          <w:tcPr>
            <w:tcW w:type="dxa" w:w="700"/>
            <w:shd w:fill="EAF4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174F73"/>
                <w:sz w:val="28"/>
              </w:rPr>
              <w:t>N°</w:t>
            </w:r>
          </w:p>
        </w:tc>
        <w:tc>
          <w:tcPr>
            <w:tcW w:type="dxa" w:w="9391"/>
            <w:shd w:fill="EAF4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color w:val="174F73"/>
                <w:sz w:val="28"/>
              </w:rPr>
              <w:t>Phrase corrigée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Tu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as</w:t>
            </w:r>
            <w:r>
              <w:rPr>
                <w:rFonts w:ascii="Arial" w:hAnsi="Arial" w:eastAsia="Arial"/>
                <w:sz w:val="28"/>
              </w:rPr>
              <w:t xml:space="preserve"> bon appétit !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2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Tom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et</w:t>
            </w:r>
            <w:r>
              <w:rPr>
                <w:rFonts w:ascii="Arial" w:hAnsi="Arial" w:eastAsia="Arial"/>
                <w:sz w:val="28"/>
              </w:rPr>
              <w:t xml:space="preserve"> Léo jouent au foot.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3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Ils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ont</w:t>
            </w:r>
            <w:r>
              <w:rPr>
                <w:rFonts w:ascii="Arial" w:hAnsi="Arial" w:eastAsia="Arial"/>
                <w:sz w:val="28"/>
              </w:rPr>
              <w:t xml:space="preserve"> rangé leur chambre.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4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Mes parents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sont</w:t>
            </w:r>
            <w:r>
              <w:rPr>
                <w:rFonts w:ascii="Arial" w:hAnsi="Arial" w:eastAsia="Arial"/>
                <w:sz w:val="28"/>
              </w:rPr>
              <w:t xml:space="preserve"> très gentils.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5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 facteur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</w:t>
            </w:r>
            <w:r>
              <w:rPr>
                <w:rFonts w:ascii="Arial" w:hAnsi="Arial" w:eastAsia="Arial"/>
                <w:sz w:val="28"/>
              </w:rPr>
              <w:t xml:space="preserve"> apporté un colis.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6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 chat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</w:t>
            </w:r>
            <w:r>
              <w:rPr>
                <w:rFonts w:ascii="Arial" w:hAnsi="Arial" w:eastAsia="Arial"/>
                <w:sz w:val="28"/>
              </w:rPr>
              <w:t xml:space="preserve"> sauté sur le toit.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7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>J'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ai</w:t>
            </w:r>
            <w:r>
              <w:rPr>
                <w:rFonts w:ascii="Arial" w:hAnsi="Arial" w:eastAsia="Arial"/>
                <w:sz w:val="28"/>
              </w:rPr>
              <w:t xml:space="preserve"> fait un gâteau.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8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Tu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es</w:t>
            </w:r>
            <w:r>
              <w:rPr>
                <w:rFonts w:ascii="Arial" w:hAnsi="Arial" w:eastAsia="Arial"/>
                <w:sz w:val="28"/>
              </w:rPr>
              <w:t xml:space="preserve"> mon meilleur ami.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9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Du beurre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et</w:t>
            </w:r>
            <w:r>
              <w:rPr>
                <w:rFonts w:ascii="Arial" w:hAnsi="Arial" w:eastAsia="Arial"/>
                <w:sz w:val="28"/>
              </w:rPr>
              <w:t xml:space="preserve"> de la confiture.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10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color w:val="C00000"/>
                <w:sz w:val="28"/>
              </w:rPr>
              <w:t>On</w:t>
            </w:r>
            <w:r>
              <w:rPr>
                <w:rFonts w:ascii="Arial" w:hAnsi="Arial" w:eastAsia="Arial"/>
                <w:sz w:val="28"/>
              </w:rPr>
              <w:t xml:space="preserve"> va pique-niquer au bord du lac.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11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 musée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est</w:t>
            </w:r>
            <w:r>
              <w:rPr>
                <w:rFonts w:ascii="Arial" w:hAnsi="Arial" w:eastAsia="Arial"/>
                <w:sz w:val="28"/>
              </w:rPr>
              <w:t xml:space="preserve"> fermé le lundi.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12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Les élèves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sont</w:t>
            </w:r>
            <w:r>
              <w:rPr>
                <w:rFonts w:ascii="Arial" w:hAnsi="Arial" w:eastAsia="Arial"/>
                <w:sz w:val="28"/>
              </w:rPr>
              <w:t xml:space="preserve"> très attentifs.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13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Tu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as</w:t>
            </w:r>
            <w:r>
              <w:rPr>
                <w:rFonts w:ascii="Arial" w:hAnsi="Arial" w:eastAsia="Arial"/>
                <w:sz w:val="28"/>
              </w:rPr>
              <w:t xml:space="preserve"> beaucoup d'imagination.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14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Il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</w:t>
            </w:r>
            <w:r>
              <w:rPr>
                <w:rFonts w:ascii="Arial" w:hAnsi="Arial" w:eastAsia="Arial"/>
                <w:sz w:val="28"/>
              </w:rPr>
              <w:t xml:space="preserve"> mal au dos.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15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 train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est</w:t>
            </w:r>
            <w:r>
              <w:rPr>
                <w:rFonts w:ascii="Arial" w:hAnsi="Arial" w:eastAsia="Arial"/>
                <w:sz w:val="28"/>
              </w:rPr>
              <w:t xml:space="preserve"> en retard.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16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La pluie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et</w:t>
            </w:r>
            <w:r>
              <w:rPr>
                <w:rFonts w:ascii="Arial" w:hAnsi="Arial" w:eastAsia="Arial"/>
                <w:sz w:val="28"/>
              </w:rPr>
              <w:t xml:space="preserve"> le vent ont cessé.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Série 4 - page 4 du jeu</w:t>
      </w:r>
    </w:p>
    <w:tbl>
      <w:tblPr>
        <w:tblStyle w:val="TableGrid"/>
        <w:tblW w:type="dxa" w:w="10091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9D5"/>
          <w:left w:val="single" w:sz="6" w:space="0" w:color="B7C9D5"/>
          <w:bottom w:val="single" w:sz="6" w:space="0" w:color="B7C9D5"/>
          <w:right w:val="single" w:sz="6" w:space="0" w:color="B7C9D5"/>
          <w:insideH w:val="single" w:sz="6" w:space="0" w:color="B7C9D5"/>
          <w:insideV w:val="single" w:sz="6" w:space="0" w:color="B7C9D5"/>
        </w:tblBorders>
      </w:tblPr>
      <w:tblGrid>
        <w:gridCol w:w="700"/>
        <w:gridCol w:w="9391"/>
      </w:tblGrid>
      <w:tr>
        <w:trPr>
          <w:tblHeader w:val="true"/>
        </w:trPr>
        <w:tc>
          <w:tcPr>
            <w:tcW w:type="dxa" w:w="700"/>
            <w:shd w:fill="EAF4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174F73"/>
                <w:sz w:val="28"/>
              </w:rPr>
              <w:t>N°</w:t>
            </w:r>
          </w:p>
        </w:tc>
        <w:tc>
          <w:tcPr>
            <w:tcW w:type="dxa" w:w="9391"/>
            <w:shd w:fill="EAF4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color w:val="174F73"/>
                <w:sz w:val="28"/>
              </w:rPr>
              <w:t>Phrase corrigée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Tu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es</w:t>
            </w:r>
            <w:r>
              <w:rPr>
                <w:rFonts w:ascii="Arial" w:hAnsi="Arial" w:eastAsia="Arial"/>
                <w:sz w:val="28"/>
              </w:rPr>
              <w:t xml:space="preserve"> dans la bonne voie.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2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Ces clés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sont</w:t>
            </w:r>
            <w:r>
              <w:rPr>
                <w:rFonts w:ascii="Arial" w:hAnsi="Arial" w:eastAsia="Arial"/>
                <w:sz w:val="28"/>
              </w:rPr>
              <w:t xml:space="preserve"> à moi.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3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>J'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ai</w:t>
            </w:r>
            <w:r>
              <w:rPr>
                <w:rFonts w:ascii="Arial" w:hAnsi="Arial" w:eastAsia="Arial"/>
                <w:sz w:val="28"/>
              </w:rPr>
              <w:t xml:space="preserve"> assez d'argent pour acheter ce livre.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4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 gâteau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est</w:t>
            </w:r>
            <w:r>
              <w:rPr>
                <w:rFonts w:ascii="Arial" w:hAnsi="Arial" w:eastAsia="Arial"/>
                <w:sz w:val="28"/>
              </w:rPr>
              <w:t xml:space="preserve"> dans le four.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5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Elle pense toujours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à</w:t>
            </w:r>
            <w:r>
              <w:rPr>
                <w:rFonts w:ascii="Arial" w:hAnsi="Arial" w:eastAsia="Arial"/>
                <w:sz w:val="28"/>
              </w:rPr>
              <w:t xml:space="preserve"> toi.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6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Les oiseaux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sont</w:t>
            </w:r>
            <w:r>
              <w:rPr>
                <w:rFonts w:ascii="Arial" w:hAnsi="Arial" w:eastAsia="Arial"/>
                <w:sz w:val="28"/>
              </w:rPr>
              <w:t xml:space="preserve"> dans le ciel.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7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Le chat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est</w:t>
            </w:r>
            <w:r>
              <w:rPr>
                <w:rFonts w:ascii="Arial" w:hAnsi="Arial" w:eastAsia="Arial"/>
                <w:sz w:val="28"/>
              </w:rPr>
              <w:t xml:space="preserve"> couché sur le tapis.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8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Tom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et</w:t>
            </w:r>
            <w:r>
              <w:rPr>
                <w:rFonts w:ascii="Arial" w:hAnsi="Arial" w:eastAsia="Arial"/>
                <w:sz w:val="28"/>
              </w:rPr>
              <w:t xml:space="preserve"> Léo sont meilleurs amis.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9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Tu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as</w:t>
            </w:r>
            <w:r>
              <w:rPr>
                <w:rFonts w:ascii="Arial" w:hAnsi="Arial" w:eastAsia="Arial"/>
                <w:sz w:val="28"/>
              </w:rPr>
              <w:t xml:space="preserve"> corrigé tes erreurs.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10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Il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</w:t>
            </w:r>
            <w:r>
              <w:rPr>
                <w:rFonts w:ascii="Arial" w:hAnsi="Arial" w:eastAsia="Arial"/>
                <w:sz w:val="28"/>
              </w:rPr>
              <w:t xml:space="preserve"> un nouveau vélo rouge.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11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Elles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ont</w:t>
            </w:r>
            <w:r>
              <w:rPr>
                <w:rFonts w:ascii="Arial" w:hAnsi="Arial" w:eastAsia="Arial"/>
                <w:sz w:val="28"/>
              </w:rPr>
              <w:t xml:space="preserve"> reçu des cadeaux.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12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Je vais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à</w:t>
            </w:r>
            <w:r>
              <w:rPr>
                <w:rFonts w:ascii="Arial" w:hAnsi="Arial" w:eastAsia="Arial"/>
                <w:sz w:val="28"/>
              </w:rPr>
              <w:t xml:space="preserve"> la plage cet après-midi.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13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Quand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</w:t>
            </w:r>
            <w:r>
              <w:rPr>
                <w:rFonts w:ascii="Arial" w:hAnsi="Arial" w:eastAsia="Arial"/>
                <w:sz w:val="28"/>
              </w:rPr>
              <w:t xml:space="preserve"> arrive, ouvre la fenêtre.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14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Tu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as</w:t>
            </w:r>
            <w:r>
              <w:rPr>
                <w:rFonts w:ascii="Arial" w:hAnsi="Arial" w:eastAsia="Arial"/>
                <w:sz w:val="28"/>
              </w:rPr>
              <w:t xml:space="preserve"> réussi ton examen !</w:t>
            </w:r>
          </w:p>
        </w:tc>
      </w:tr>
      <w:tr>
        <w:trPr>
          <w:cantSplit w:val="true"/>
        </w:trPr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15</w:t>
            </w:r>
          </w:p>
        </w:tc>
        <w:tc>
          <w:tcPr>
            <w:tcW w:type="dxa" w:w="939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 xml:space="preserve">Mes sœurs 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ont</w:t>
            </w:r>
            <w:r>
              <w:rPr>
                <w:rFonts w:ascii="Arial" w:hAnsi="Arial" w:eastAsia="Arial"/>
                <w:sz w:val="28"/>
              </w:rPr>
              <w:t xml:space="preserve"> des chatons.</w:t>
            </w:r>
          </w:p>
        </w:tc>
      </w:tr>
      <w:tr>
        <w:trPr>
          <w:cantSplit w:val="true"/>
        </w:trPr>
        <w:tc>
          <w:tcPr>
            <w:tcW w:type="dxa" w:w="700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color w:val="586570"/>
                <w:sz w:val="28"/>
              </w:rPr>
              <w:t>16</w:t>
            </w:r>
          </w:p>
        </w:tc>
        <w:tc>
          <w:tcPr>
            <w:tcW w:type="dxa" w:w="9391"/>
            <w:shd w:fill="F7FBF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sz w:val="28"/>
              </w:rPr>
              <w:t>J'</w:t>
            </w:r>
            <w:r>
              <w:rPr>
                <w:rFonts w:ascii="Arial" w:hAnsi="Arial" w:eastAsia="Arial"/>
                <w:b/>
                <w:color w:val="C00000"/>
                <w:sz w:val="28"/>
              </w:rPr>
              <w:t>ai</w:t>
            </w:r>
            <w:r>
              <w:rPr>
                <w:rFonts w:ascii="Arial" w:hAnsi="Arial" w:eastAsia="Arial"/>
                <w:sz w:val="28"/>
              </w:rPr>
              <w:t xml:space="preserve"> terminé mon travail.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94" w:right="907" w:bottom="765" w:left="907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586570"/>
        <w:sz w:val="18"/>
      </w:rPr>
      <w:t xml:space="preserve">Page </w:t>
    </w:r>
    <w:r>
      <w:rPr>
        <w:rFonts w:ascii="Arial" w:hAnsi="Arial" w:eastAsia="Arial"/>
        <w:color w:val="586570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/>
        <w:color w:val="586570"/>
        <w:sz w:val="18"/>
      </w:rPr>
      <w:t xml:space="preserve"> / </w:t>
    </w:r>
    <w:r>
      <w:rPr>
        <w:rFonts w:ascii="Arial" w:hAnsi="Arial" w:eastAsia="Arial"/>
        <w:color w:val="586570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Arial"/>
        <w:b/>
        <w:color w:val="586570"/>
        <w:sz w:val="18"/>
      </w:rPr>
      <w:t>LUDENDO  |  DOMINOS DES HOMOPHONES - CORRIGÉ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Arial" w:hAnsi="Arial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D6FA5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4F73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Corrigé - Dominos des homophones</dc:title>
  <dc:subject>Corrigé enseignant des quatre séries de dominos</dc:subject>
  <dc:creator>Claire Van Beek</dc:creator>
  <cp:keywords>homophones, dominos, orthographe, corrigé, Ludendo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