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A55" w:rsidRPr="00C46A6C" w:rsidRDefault="00000000">
      <w:pPr>
        <w:spacing w:after="0"/>
        <w:jc w:val="center"/>
        <w:rPr>
          <w:rFonts w:cs="Arial"/>
        </w:rPr>
      </w:pPr>
      <w:r w:rsidRPr="00C46A6C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5798791</wp:posOffset>
            </wp:positionH>
            <wp:positionV relativeFrom="paragraph">
              <wp:posOffset>0</wp:posOffset>
            </wp:positionV>
            <wp:extent cx="960120" cy="640080"/>
            <wp:effectExtent l="0" t="0" r="0" b="0"/>
            <wp:wrapNone/>
            <wp:docPr id="1" name="Picture 1" descr="Aquarelle d'une enveloppe et d'une capsule tempor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re_temps_aquarell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A55" w:rsidRPr="00C46A6C" w:rsidRDefault="00000000">
      <w:pPr>
        <w:pStyle w:val="Titre"/>
        <w:jc w:val="center"/>
        <w:rPr>
          <w:rFonts w:ascii="Arial" w:hAnsi="Arial" w:cs="Arial"/>
          <w:lang w:val="fr-FR"/>
        </w:rPr>
      </w:pPr>
      <w:r w:rsidRPr="00C46A6C">
        <w:rPr>
          <w:rFonts w:ascii="Arial" w:hAnsi="Arial" w:cs="Arial"/>
          <w:lang w:val="fr-FR"/>
        </w:rPr>
        <w:t>Lettre à moi-même - rentrée en 5e</w:t>
      </w:r>
    </w:p>
    <w:p w:rsidR="00332A55" w:rsidRPr="00C46A6C" w:rsidRDefault="00000000">
      <w:pPr>
        <w:spacing w:after="80"/>
        <w:jc w:val="center"/>
        <w:rPr>
          <w:rFonts w:cs="Arial"/>
          <w:lang w:val="fr-FR"/>
        </w:rPr>
      </w:pPr>
      <w:r w:rsidRPr="00C46A6C">
        <w:rPr>
          <w:rFonts w:eastAsia="Arial" w:cs="Arial"/>
          <w:i/>
          <w:color w:val="2F6676"/>
          <w:lang w:val="fr-FR"/>
        </w:rPr>
        <w:t>Une capsule temporelle pour observer le chemin parcouru</w:t>
      </w:r>
    </w:p>
    <w:tbl>
      <w:tblPr>
        <w:tblW w:w="10431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10431"/>
      </w:tblGrid>
      <w:tr w:rsidR="00332A55" w:rsidRPr="004E1757">
        <w:tc>
          <w:tcPr>
            <w:tcW w:w="10431" w:type="dxa"/>
            <w:tcBorders>
              <w:top w:val="single" w:sz="4" w:space="0" w:color="C7DDE6"/>
              <w:left w:val="single" w:sz="12" w:space="0" w:color="2F6676"/>
              <w:bottom w:val="single" w:sz="4" w:space="0" w:color="C7DDE6"/>
              <w:right w:val="single" w:sz="4" w:space="0" w:color="C7DDE6"/>
            </w:tcBorders>
            <w:shd w:val="clear" w:color="auto" w:fill="EAF4F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lang w:val="fr-FR"/>
              </w:rPr>
              <w:t>Tu écris aujourd'hui à la personne que tu seras en juin. Ta lettre sera fermée puis conservée. Tu la reliras à la fin de l'année pour découvrir ce qui a changé.</w:t>
            </w:r>
          </w:p>
        </w:tc>
      </w:tr>
    </w:tbl>
    <w:p w:rsidR="00332A55" w:rsidRPr="00C46A6C" w:rsidRDefault="00000000">
      <w:pPr>
        <w:pStyle w:val="Titre1"/>
        <w:shd w:val="clear" w:color="auto" w:fill="EDF5EE"/>
        <w:spacing w:before="80"/>
        <w:ind w:left="100" w:right="100"/>
        <w:rPr>
          <w:rFonts w:ascii="Arial" w:hAnsi="Arial" w:cs="Arial"/>
          <w:lang w:val="fr-FR"/>
        </w:rPr>
      </w:pPr>
      <w:r w:rsidRPr="00C46A6C">
        <w:rPr>
          <w:rFonts w:ascii="Arial" w:hAnsi="Arial" w:cs="Arial"/>
          <w:lang w:val="fr-FR"/>
        </w:rPr>
        <w:t>1. Des idées pour construire ta lettre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Mon début d'année : </w:t>
      </w:r>
      <w:r w:rsidRPr="00C46A6C">
        <w:rPr>
          <w:rFonts w:eastAsia="Arial" w:cs="Arial"/>
          <w:lang w:val="fr-FR"/>
        </w:rPr>
        <w:t>ce que je ressens, ce que j'apprécie ou ce qui m'inquiète un peu.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Mes espoirs : </w:t>
      </w:r>
      <w:r w:rsidRPr="00C46A6C">
        <w:rPr>
          <w:rFonts w:eastAsia="Arial" w:cs="Arial"/>
          <w:lang w:val="fr-FR"/>
        </w:rPr>
        <w:t>ce que j'aimerais apprendre, découvrir ou mieux réussir.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Mon défi précis : </w:t>
      </w:r>
      <w:r w:rsidRPr="00C46A6C">
        <w:rPr>
          <w:rFonts w:eastAsia="Arial" w:cs="Arial"/>
          <w:lang w:val="fr-FR"/>
        </w:rPr>
        <w:t>un progrès que je pourrai vraiment observer en juin.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Ma méthode : </w:t>
      </w:r>
      <w:r w:rsidRPr="00C46A6C">
        <w:rPr>
          <w:rFonts w:eastAsia="Arial" w:cs="Arial"/>
          <w:lang w:val="fr-FR"/>
        </w:rPr>
        <w:t>une action concrète que je ferai régulièrement.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Mon message : </w:t>
      </w:r>
      <w:r w:rsidRPr="00C46A6C">
        <w:rPr>
          <w:rFonts w:eastAsia="Arial" w:cs="Arial"/>
          <w:lang w:val="fr-FR"/>
        </w:rPr>
        <w:t>un encouragement et une question à mon futur moi.</w:t>
      </w:r>
    </w:p>
    <w:p w:rsidR="00332A55" w:rsidRPr="00C46A6C" w:rsidRDefault="00000000">
      <w:pPr>
        <w:pStyle w:val="Titre1"/>
        <w:shd w:val="clear" w:color="auto" w:fill="FAF3E4"/>
        <w:spacing w:before="80"/>
        <w:ind w:left="100" w:right="100"/>
        <w:rPr>
          <w:rFonts w:ascii="Arial" w:hAnsi="Arial" w:cs="Arial"/>
        </w:rPr>
      </w:pPr>
      <w:r w:rsidRPr="00C46A6C">
        <w:rPr>
          <w:rFonts w:ascii="Arial" w:hAnsi="Arial" w:cs="Arial"/>
        </w:rPr>
        <w:t>2. Ma boîte à mots</w:t>
      </w:r>
    </w:p>
    <w:tbl>
      <w:tblPr>
        <w:tblW w:w="10431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215"/>
        <w:gridCol w:w="5216"/>
      </w:tblGrid>
      <w:tr w:rsidR="00332A55" w:rsidRPr="004E1757">
        <w:trPr>
          <w:cantSplit/>
        </w:trPr>
        <w:tc>
          <w:tcPr>
            <w:tcW w:w="5215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EAF4F8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Émotions : </w:t>
            </w:r>
            <w:r w:rsidRPr="00C46A6C">
              <w:rPr>
                <w:rFonts w:eastAsia="Arial" w:cs="Arial"/>
                <w:lang w:val="fr-FR"/>
              </w:rPr>
              <w:t>confiant(e), curieux/curieuse, motivé(e), impatient(e), inquiet/inquiète, fier/fière</w:t>
            </w:r>
          </w:p>
        </w:tc>
        <w:tc>
          <w:tcPr>
            <w:tcW w:w="5216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EDF5EE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Objectifs : </w:t>
            </w:r>
            <w:r w:rsidRPr="00C46A6C">
              <w:rPr>
                <w:rFonts w:eastAsia="Arial" w:cs="Arial"/>
                <w:lang w:val="fr-FR"/>
              </w:rPr>
              <w:t>progresser, découvrir, comprendre, réussir, gagner en autonomie</w:t>
            </w:r>
          </w:p>
        </w:tc>
      </w:tr>
      <w:tr w:rsidR="00332A55" w:rsidRPr="004E1757">
        <w:trPr>
          <w:cantSplit/>
        </w:trPr>
        <w:tc>
          <w:tcPr>
            <w:tcW w:w="5215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FAF3E4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Efforts : </w:t>
            </w:r>
            <w:r w:rsidRPr="00C46A6C">
              <w:rPr>
                <w:rFonts w:eastAsia="Arial" w:cs="Arial"/>
                <w:lang w:val="fr-FR"/>
              </w:rPr>
              <w:t>m'organiser, relire, participer, demander de l'aide, persévérer</w:t>
            </w:r>
          </w:p>
        </w:tc>
        <w:tc>
          <w:tcPr>
            <w:tcW w:w="5216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F1EEF7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Difficultés : </w:t>
            </w:r>
            <w:r w:rsidRPr="00C46A6C">
              <w:rPr>
                <w:rFonts w:eastAsia="Arial" w:cs="Arial"/>
                <w:lang w:val="fr-FR"/>
              </w:rPr>
              <w:t>obstacle, hésitation, erreur, découragement, manque de confiance</w:t>
            </w:r>
          </w:p>
        </w:tc>
      </w:tr>
      <w:tr w:rsidR="00332A55" w:rsidRPr="004E1757">
        <w:trPr>
          <w:cantSplit/>
        </w:trPr>
        <w:tc>
          <w:tcPr>
            <w:tcW w:w="5215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EAF4F8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Encourager : </w:t>
            </w:r>
            <w:r w:rsidRPr="00C46A6C">
              <w:rPr>
                <w:rFonts w:eastAsia="Arial" w:cs="Arial"/>
                <w:lang w:val="fr-FR"/>
              </w:rPr>
              <w:t>courage, patience, n'abandonne pas, continue, crois en toi</w:t>
            </w:r>
          </w:p>
        </w:tc>
        <w:tc>
          <w:tcPr>
            <w:tcW w:w="5216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EDF5EE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Se repérer : </w:t>
            </w:r>
            <w:r w:rsidRPr="00C46A6C">
              <w:rPr>
                <w:rFonts w:eastAsia="Arial" w:cs="Arial"/>
                <w:lang w:val="fr-FR"/>
              </w:rPr>
              <w:t>cette année, peu à peu, d'ici juin, à la fin de l'année</w:t>
            </w:r>
          </w:p>
        </w:tc>
      </w:tr>
    </w:tbl>
    <w:p w:rsidR="00332A55" w:rsidRPr="00C46A6C" w:rsidRDefault="00000000">
      <w:pPr>
        <w:pStyle w:val="Titre1"/>
        <w:shd w:val="clear" w:color="auto" w:fill="EAF4F8"/>
        <w:spacing w:before="80"/>
        <w:ind w:left="100" w:right="100"/>
        <w:rPr>
          <w:rFonts w:ascii="Arial" w:hAnsi="Arial" w:cs="Arial"/>
        </w:rPr>
      </w:pPr>
      <w:r w:rsidRPr="00C46A6C">
        <w:rPr>
          <w:rFonts w:ascii="Arial" w:hAnsi="Arial" w:cs="Arial"/>
        </w:rPr>
        <w:t>3. Les verbes au futur simple</w:t>
      </w:r>
    </w:p>
    <w:tbl>
      <w:tblPr>
        <w:tblW w:w="10431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000"/>
        <w:gridCol w:w="7431"/>
      </w:tblGrid>
      <w:tr w:rsidR="00332A55" w:rsidRPr="00C46A6C">
        <w:trPr>
          <w:tblHeader/>
        </w:trPr>
        <w:tc>
          <w:tcPr>
            <w:tcW w:w="3000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2F6676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332A55" w:rsidRPr="00C46A6C" w:rsidRDefault="00000000">
            <w:pPr>
              <w:spacing w:after="0"/>
              <w:jc w:val="center"/>
              <w:rPr>
                <w:rFonts w:cs="Arial"/>
              </w:rPr>
            </w:pPr>
            <w:r w:rsidRPr="00C46A6C">
              <w:rPr>
                <w:rFonts w:eastAsia="Arial" w:cs="Arial"/>
                <w:b/>
                <w:color w:val="FFFFFF"/>
              </w:rPr>
              <w:t>Verbes utiles</w:t>
            </w:r>
          </w:p>
        </w:tc>
        <w:tc>
          <w:tcPr>
            <w:tcW w:w="7431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2F6676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332A55" w:rsidRPr="00C46A6C" w:rsidRDefault="00000000">
            <w:pPr>
              <w:spacing w:after="0"/>
              <w:jc w:val="center"/>
              <w:rPr>
                <w:rFonts w:cs="Arial"/>
              </w:rPr>
            </w:pPr>
            <w:r w:rsidRPr="00C46A6C">
              <w:rPr>
                <w:rFonts w:eastAsia="Arial" w:cs="Arial"/>
                <w:b/>
                <w:color w:val="FFFFFF"/>
              </w:rPr>
              <w:t>Avec je au futur</w:t>
            </w:r>
          </w:p>
        </w:tc>
      </w:tr>
      <w:tr w:rsidR="00332A55" w:rsidRPr="004E1757">
        <w:trPr>
          <w:cantSplit/>
        </w:trPr>
        <w:tc>
          <w:tcPr>
            <w:tcW w:w="3000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EAF4F8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</w:rPr>
              <w:t>être, avoir, faire, aller</w:t>
            </w:r>
          </w:p>
        </w:tc>
        <w:tc>
          <w:tcPr>
            <w:tcW w:w="7431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EAF4F8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proofErr w:type="gramStart"/>
            <w:r w:rsidRPr="00C46A6C">
              <w:rPr>
                <w:rFonts w:eastAsia="Arial" w:cs="Arial"/>
                <w:lang w:val="fr-FR"/>
              </w:rPr>
              <w:t>je</w:t>
            </w:r>
            <w:proofErr w:type="gramEnd"/>
            <w:r w:rsidRPr="00C46A6C">
              <w:rPr>
                <w:rFonts w:eastAsia="Arial" w:cs="Arial"/>
                <w:lang w:val="fr-FR"/>
              </w:rPr>
              <w:t xml:space="preserve"> serai, j'aurai, je ferai, j'irai</w:t>
            </w:r>
          </w:p>
        </w:tc>
      </w:tr>
      <w:tr w:rsidR="00332A55" w:rsidRPr="004E1757">
        <w:trPr>
          <w:cantSplit/>
        </w:trPr>
        <w:tc>
          <w:tcPr>
            <w:tcW w:w="3000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proofErr w:type="spellStart"/>
            <w:r w:rsidRPr="00C46A6C">
              <w:rPr>
                <w:rFonts w:eastAsia="Arial" w:cs="Arial"/>
              </w:rPr>
              <w:t>pouvoir</w:t>
            </w:r>
            <w:proofErr w:type="spellEnd"/>
            <w:r w:rsidRPr="00C46A6C">
              <w:rPr>
                <w:rFonts w:eastAsia="Arial" w:cs="Arial"/>
              </w:rPr>
              <w:t xml:space="preserve">, </w:t>
            </w:r>
            <w:proofErr w:type="spellStart"/>
            <w:r w:rsidRPr="00C46A6C">
              <w:rPr>
                <w:rFonts w:eastAsia="Arial" w:cs="Arial"/>
              </w:rPr>
              <w:t>vouloir</w:t>
            </w:r>
            <w:proofErr w:type="spellEnd"/>
            <w:r w:rsidRPr="00C46A6C">
              <w:rPr>
                <w:rFonts w:eastAsia="Arial" w:cs="Arial"/>
              </w:rPr>
              <w:t>, savoir, devoir</w:t>
            </w:r>
          </w:p>
        </w:tc>
        <w:tc>
          <w:tcPr>
            <w:tcW w:w="7431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proofErr w:type="gramStart"/>
            <w:r w:rsidRPr="00C46A6C">
              <w:rPr>
                <w:rFonts w:eastAsia="Arial" w:cs="Arial"/>
                <w:lang w:val="fr-FR"/>
              </w:rPr>
              <w:t>je</w:t>
            </w:r>
            <w:proofErr w:type="gramEnd"/>
            <w:r w:rsidRPr="00C46A6C">
              <w:rPr>
                <w:rFonts w:eastAsia="Arial" w:cs="Arial"/>
                <w:lang w:val="fr-FR"/>
              </w:rPr>
              <w:t xml:space="preserve"> pourrai, je voudrai, je saurai, je devrai</w:t>
            </w:r>
          </w:p>
        </w:tc>
      </w:tr>
      <w:tr w:rsidR="00332A55" w:rsidRPr="004E1757">
        <w:trPr>
          <w:cantSplit/>
        </w:trPr>
        <w:tc>
          <w:tcPr>
            <w:tcW w:w="3000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EAF4F8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proofErr w:type="spellStart"/>
            <w:r w:rsidRPr="00C46A6C">
              <w:rPr>
                <w:rFonts w:eastAsia="Arial" w:cs="Arial"/>
              </w:rPr>
              <w:t>réussir</w:t>
            </w:r>
            <w:proofErr w:type="spellEnd"/>
            <w:r w:rsidRPr="00C46A6C">
              <w:rPr>
                <w:rFonts w:eastAsia="Arial" w:cs="Arial"/>
              </w:rPr>
              <w:t xml:space="preserve">, </w:t>
            </w:r>
            <w:proofErr w:type="spellStart"/>
            <w:r w:rsidRPr="00C46A6C">
              <w:rPr>
                <w:rFonts w:eastAsia="Arial" w:cs="Arial"/>
              </w:rPr>
              <w:t>progresser</w:t>
            </w:r>
            <w:proofErr w:type="spellEnd"/>
            <w:r w:rsidRPr="00C46A6C">
              <w:rPr>
                <w:rFonts w:eastAsia="Arial" w:cs="Arial"/>
              </w:rPr>
              <w:t xml:space="preserve">, </w:t>
            </w:r>
            <w:proofErr w:type="spellStart"/>
            <w:r w:rsidRPr="00C46A6C">
              <w:rPr>
                <w:rFonts w:eastAsia="Arial" w:cs="Arial"/>
              </w:rPr>
              <w:t>apprendre</w:t>
            </w:r>
            <w:proofErr w:type="spellEnd"/>
          </w:p>
        </w:tc>
        <w:tc>
          <w:tcPr>
            <w:tcW w:w="7431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EAF4F8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proofErr w:type="gramStart"/>
            <w:r w:rsidRPr="00C46A6C">
              <w:rPr>
                <w:rFonts w:eastAsia="Arial" w:cs="Arial"/>
                <w:lang w:val="fr-FR"/>
              </w:rPr>
              <w:t>je</w:t>
            </w:r>
            <w:proofErr w:type="gramEnd"/>
            <w:r w:rsidRPr="00C46A6C">
              <w:rPr>
                <w:rFonts w:eastAsia="Arial" w:cs="Arial"/>
                <w:lang w:val="fr-FR"/>
              </w:rPr>
              <w:t xml:space="preserve"> réussirai, je progresserai, j'apprendrai</w:t>
            </w:r>
          </w:p>
        </w:tc>
      </w:tr>
      <w:tr w:rsidR="00332A55" w:rsidRPr="004E1757">
        <w:trPr>
          <w:cantSplit/>
        </w:trPr>
        <w:tc>
          <w:tcPr>
            <w:tcW w:w="3000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</w:rPr>
              <w:t xml:space="preserve">lire, </w:t>
            </w:r>
            <w:proofErr w:type="spellStart"/>
            <w:r w:rsidRPr="00C46A6C">
              <w:rPr>
                <w:rFonts w:eastAsia="Arial" w:cs="Arial"/>
              </w:rPr>
              <w:t>écrire</w:t>
            </w:r>
            <w:proofErr w:type="spellEnd"/>
            <w:r w:rsidRPr="00C46A6C">
              <w:rPr>
                <w:rFonts w:eastAsia="Arial" w:cs="Arial"/>
              </w:rPr>
              <w:t xml:space="preserve">, prendre, </w:t>
            </w:r>
            <w:proofErr w:type="spellStart"/>
            <w:r w:rsidRPr="00C46A6C">
              <w:rPr>
                <w:rFonts w:eastAsia="Arial" w:cs="Arial"/>
              </w:rPr>
              <w:t>persévérer</w:t>
            </w:r>
            <w:proofErr w:type="spellEnd"/>
          </w:p>
        </w:tc>
        <w:tc>
          <w:tcPr>
            <w:tcW w:w="7431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proofErr w:type="gramStart"/>
            <w:r w:rsidRPr="00C46A6C">
              <w:rPr>
                <w:rFonts w:eastAsia="Arial" w:cs="Arial"/>
                <w:lang w:val="fr-FR"/>
              </w:rPr>
              <w:t>je</w:t>
            </w:r>
            <w:proofErr w:type="gramEnd"/>
            <w:r w:rsidRPr="00C46A6C">
              <w:rPr>
                <w:rFonts w:eastAsia="Arial" w:cs="Arial"/>
                <w:lang w:val="fr-FR"/>
              </w:rPr>
              <w:t xml:space="preserve"> lirai, j'écrirai, je prendrai, je persévérerai</w:t>
            </w:r>
          </w:p>
        </w:tc>
      </w:tr>
    </w:tbl>
    <w:p w:rsidR="00332A55" w:rsidRPr="00C46A6C" w:rsidRDefault="00000000">
      <w:pPr>
        <w:spacing w:before="40" w:after="0"/>
        <w:rPr>
          <w:rFonts w:cs="Arial"/>
          <w:lang w:val="fr-FR"/>
        </w:rPr>
      </w:pPr>
      <w:r w:rsidRPr="00C46A6C">
        <w:rPr>
          <w:rFonts w:eastAsia="Arial" w:cs="Arial"/>
          <w:i/>
          <w:color w:val="214D5A"/>
          <w:lang w:val="fr-FR"/>
        </w:rPr>
        <w:t>Terminaisons : -ai, -as, -a, -</w:t>
      </w:r>
      <w:proofErr w:type="spellStart"/>
      <w:r w:rsidRPr="00C46A6C">
        <w:rPr>
          <w:rFonts w:eastAsia="Arial" w:cs="Arial"/>
          <w:i/>
          <w:color w:val="214D5A"/>
          <w:lang w:val="fr-FR"/>
        </w:rPr>
        <w:t>ons</w:t>
      </w:r>
      <w:proofErr w:type="spellEnd"/>
      <w:r w:rsidRPr="00C46A6C">
        <w:rPr>
          <w:rFonts w:eastAsia="Arial" w:cs="Arial"/>
          <w:i/>
          <w:color w:val="214D5A"/>
          <w:lang w:val="fr-FR"/>
        </w:rPr>
        <w:t>, -</w:t>
      </w:r>
      <w:proofErr w:type="spellStart"/>
      <w:r w:rsidRPr="00C46A6C">
        <w:rPr>
          <w:rFonts w:eastAsia="Arial" w:cs="Arial"/>
          <w:i/>
          <w:color w:val="214D5A"/>
          <w:lang w:val="fr-FR"/>
        </w:rPr>
        <w:t>ez</w:t>
      </w:r>
      <w:proofErr w:type="spellEnd"/>
      <w:r w:rsidRPr="00C46A6C">
        <w:rPr>
          <w:rFonts w:eastAsia="Arial" w:cs="Arial"/>
          <w:i/>
          <w:color w:val="214D5A"/>
          <w:lang w:val="fr-FR"/>
        </w:rPr>
        <w:t>, -ont. Dans ta lettre : je serai / tu seras.</w:t>
      </w:r>
    </w:p>
    <w:p w:rsidR="00332A55" w:rsidRPr="00C46A6C" w:rsidRDefault="00000000">
      <w:pPr>
        <w:pStyle w:val="Titre1"/>
        <w:shd w:val="clear" w:color="auto" w:fill="F1EEF7"/>
        <w:spacing w:before="80"/>
        <w:ind w:left="100" w:right="100"/>
        <w:rPr>
          <w:rFonts w:ascii="Arial" w:hAnsi="Arial" w:cs="Arial"/>
          <w:lang w:val="fr-FR"/>
        </w:rPr>
      </w:pPr>
      <w:r w:rsidRPr="00C46A6C">
        <w:rPr>
          <w:rFonts w:ascii="Arial" w:hAnsi="Arial" w:cs="Arial"/>
          <w:lang w:val="fr-FR"/>
        </w:rPr>
        <w:t>4. Quelques débuts de phrases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Pour commencer : </w:t>
      </w:r>
      <w:r w:rsidRPr="00C46A6C">
        <w:rPr>
          <w:rFonts w:eastAsia="Arial" w:cs="Arial"/>
          <w:lang w:val="fr-FR"/>
        </w:rPr>
        <w:t>« Bonjour, moi de juin. Aujourd'hui, je me sens... »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Pour te projeter : </w:t>
      </w:r>
      <w:r w:rsidRPr="00C46A6C">
        <w:rPr>
          <w:rFonts w:eastAsia="Arial" w:cs="Arial"/>
          <w:lang w:val="fr-FR"/>
        </w:rPr>
        <w:t>« Cette année, je progresserai. Je serai fier/fière de moi. »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Pour prévoir : </w:t>
      </w:r>
      <w:r w:rsidRPr="00C46A6C">
        <w:rPr>
          <w:rFonts w:eastAsia="Arial" w:cs="Arial"/>
          <w:lang w:val="fr-FR"/>
        </w:rPr>
        <w:t>« Si je rencontre une difficulté, je demanderai... »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Pour terminer : </w:t>
      </w:r>
      <w:r w:rsidRPr="00C46A6C">
        <w:rPr>
          <w:rFonts w:eastAsia="Arial" w:cs="Arial"/>
          <w:lang w:val="fr-FR"/>
        </w:rPr>
        <w:t>« Quand tu reliras cette lettre, j'espère que tu... »</w:t>
      </w:r>
    </w:p>
    <w:tbl>
      <w:tblPr>
        <w:tblW w:w="10431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10431"/>
      </w:tblGrid>
      <w:tr w:rsidR="00332A55" w:rsidRPr="004E1757">
        <w:tc>
          <w:tcPr>
            <w:tcW w:w="10431" w:type="dxa"/>
            <w:tcBorders>
              <w:top w:val="single" w:sz="4" w:space="0" w:color="C7DDE6"/>
              <w:left w:val="single" w:sz="12" w:space="0" w:color="2F6676"/>
              <w:bottom w:val="single" w:sz="4" w:space="0" w:color="C7DDE6"/>
              <w:right w:val="single" w:sz="4" w:space="0" w:color="C7DDE6"/>
            </w:tcBorders>
            <w:shd w:val="clear" w:color="auto" w:fill="EDF5E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lang w:val="fr-FR"/>
              </w:rPr>
              <w:t>Liberté d'écrire :</w:t>
            </w:r>
            <w:r w:rsidRPr="00C46A6C">
              <w:rPr>
                <w:rFonts w:eastAsia="Arial" w:cs="Arial"/>
                <w:lang w:val="fr-FR"/>
              </w:rPr>
              <w:t xml:space="preserve"> tu choisis ce que tu veux raconter. Tu n'as pas à confier quelque chose de personnel qui te met mal à l'aise.</w:t>
            </w:r>
          </w:p>
        </w:tc>
      </w:tr>
    </w:tbl>
    <w:p w:rsidR="00332A55" w:rsidRPr="00C46A6C" w:rsidRDefault="00000000">
      <w:pPr>
        <w:pStyle w:val="Titre"/>
        <w:pageBreakBefore/>
        <w:spacing w:after="20"/>
        <w:jc w:val="center"/>
        <w:rPr>
          <w:rFonts w:ascii="Arial" w:hAnsi="Arial" w:cs="Arial"/>
          <w:lang w:val="fr-FR"/>
        </w:rPr>
      </w:pPr>
      <w:r w:rsidRPr="00C46A6C">
        <w:rPr>
          <w:rFonts w:ascii="Arial" w:hAnsi="Arial" w:cs="Arial"/>
          <w:lang w:val="fr-FR"/>
        </w:rPr>
        <w:lastRenderedPageBreak/>
        <w:t>Ma lettre à moi-même - 5e</w:t>
      </w:r>
    </w:p>
    <w:p w:rsidR="00332A55" w:rsidRPr="00C46A6C" w:rsidRDefault="00000000">
      <w:pPr>
        <w:spacing w:after="80"/>
        <w:jc w:val="center"/>
        <w:rPr>
          <w:rFonts w:cs="Arial"/>
          <w:lang w:val="fr-FR"/>
        </w:rPr>
      </w:pPr>
      <w:r w:rsidRPr="00C46A6C">
        <w:rPr>
          <w:rFonts w:eastAsia="Arial" w:cs="Arial"/>
          <w:i/>
          <w:color w:val="2F6676"/>
          <w:lang w:val="fr-FR"/>
        </w:rPr>
        <w:t>À fermer aujourd'hui et à relire en fin d'année</w:t>
      </w: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4300"/>
        <w:gridCol w:w="2500"/>
        <w:gridCol w:w="3631"/>
      </w:tblGrid>
      <w:tr w:rsidR="00332A55" w:rsidRPr="00C46A6C">
        <w:trPr>
          <w:cantSplit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proofErr w:type="spellStart"/>
            <w:proofErr w:type="gramStart"/>
            <w:r w:rsidRPr="00C46A6C">
              <w:rPr>
                <w:rFonts w:eastAsia="Arial" w:cs="Arial"/>
                <w:b/>
                <w:color w:val="214D5A"/>
              </w:rPr>
              <w:t>Prénom</w:t>
            </w:r>
            <w:proofErr w:type="spellEnd"/>
            <w:r w:rsidRPr="00C46A6C">
              <w:rPr>
                <w:rFonts w:eastAsia="Arial" w:cs="Arial"/>
                <w:b/>
                <w:color w:val="214D5A"/>
              </w:rPr>
              <w:t xml:space="preserve"> :</w:t>
            </w:r>
            <w:proofErr w:type="gramEnd"/>
            <w:r w:rsidRPr="00C46A6C">
              <w:rPr>
                <w:rFonts w:eastAsia="Arial" w:cs="Arial"/>
                <w:b/>
                <w:color w:val="214D5A"/>
              </w:rPr>
              <w:t xml:space="preserve"> </w:t>
            </w:r>
            <w:r w:rsidRPr="00C46A6C">
              <w:rPr>
                <w:rFonts w:eastAsia="Arial" w:cs="Arial"/>
              </w:rPr>
              <w:t>________________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  <w:b/>
                <w:color w:val="214D5A"/>
              </w:rPr>
              <w:t xml:space="preserve">Classe : </w:t>
            </w:r>
            <w:r w:rsidRPr="00C46A6C">
              <w:rPr>
                <w:rFonts w:eastAsia="Arial" w:cs="Arial"/>
              </w:rPr>
              <w:t>_______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  <w:b/>
                <w:color w:val="214D5A"/>
              </w:rPr>
              <w:t xml:space="preserve">Date : </w:t>
            </w:r>
            <w:r w:rsidRPr="00C46A6C">
              <w:rPr>
                <w:rFonts w:eastAsia="Arial" w:cs="Arial"/>
              </w:rPr>
              <w:t>___ / ___ / ______</w:t>
            </w:r>
          </w:p>
        </w:tc>
      </w:tr>
      <w:tr w:rsidR="00332A55" w:rsidRPr="004E1757">
        <w:tc>
          <w:tcPr>
            <w:tcW w:w="10431" w:type="dxa"/>
            <w:gridSpan w:val="3"/>
            <w:tcBorders>
              <w:top w:val="single" w:sz="4" w:space="0" w:color="C7DDE6"/>
              <w:left w:val="single" w:sz="12" w:space="0" w:color="2F6676"/>
              <w:bottom w:val="single" w:sz="4" w:space="0" w:color="C7DDE6"/>
              <w:right w:val="single" w:sz="4" w:space="0" w:color="C7DDE6"/>
            </w:tcBorders>
            <w:shd w:val="clear" w:color="auto" w:fill="EAF4F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lang w:val="fr-FR"/>
              </w:rPr>
              <w:t>Consigne :</w:t>
            </w:r>
            <w:r w:rsidRPr="00C46A6C">
              <w:rPr>
                <w:rFonts w:eastAsia="Arial" w:cs="Arial"/>
                <w:lang w:val="fr-FR"/>
              </w:rPr>
              <w:t xml:space="preserve"> écris au moins 12 lignes. Emploie au moins 5 verbes au futur et donne un objectif accompagné d'une action précise.</w:t>
            </w:r>
          </w:p>
        </w:tc>
      </w:tr>
    </w:tbl>
    <w:p w:rsidR="00C46A6C" w:rsidRPr="00C46A6C" w:rsidRDefault="00C46A6C">
      <w:pPr>
        <w:spacing w:after="60"/>
        <w:rPr>
          <w:rFonts w:eastAsia="Arial" w:cs="Arial"/>
          <w:b/>
          <w:color w:val="214D5A"/>
          <w:lang w:val="fr-FR"/>
        </w:rPr>
      </w:pPr>
    </w:p>
    <w:p w:rsidR="00332A55" w:rsidRDefault="00000000">
      <w:pPr>
        <w:spacing w:after="60"/>
        <w:rPr>
          <w:rFonts w:eastAsia="Arial" w:cs="Arial"/>
          <w:b/>
          <w:color w:val="214D5A"/>
        </w:rPr>
      </w:pPr>
      <w:r w:rsidRPr="00C46A6C">
        <w:rPr>
          <w:rFonts w:eastAsia="Arial" w:cs="Arial"/>
          <w:b/>
          <w:color w:val="214D5A"/>
        </w:rPr>
        <w:t>Bonjour, moi de juin,</w:t>
      </w:r>
    </w:p>
    <w:p w:rsidR="00C46A6C" w:rsidRPr="00C46A6C" w:rsidRDefault="00C46A6C">
      <w:pPr>
        <w:spacing w:after="60"/>
        <w:rPr>
          <w:rFonts w:cs="Arial"/>
        </w:rPr>
      </w:pPr>
    </w:p>
    <w:tbl>
      <w:tblPr>
        <w:tblW w:w="10431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10431"/>
      </w:tblGrid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single" w:sz="7" w:space="0" w:color="78AFCB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</w:tbl>
    <w:p w:rsidR="00A63BE6" w:rsidRDefault="00A63BE6">
      <w:pPr>
        <w:spacing w:before="60" w:after="20"/>
        <w:rPr>
          <w:rFonts w:eastAsia="Arial" w:cs="Arial"/>
          <w:b/>
          <w:color w:val="214D5A"/>
        </w:rPr>
      </w:pPr>
    </w:p>
    <w:p w:rsidR="00332A55" w:rsidRPr="00A63BE6" w:rsidRDefault="00000000">
      <w:pPr>
        <w:spacing w:before="60" w:after="20"/>
        <w:rPr>
          <w:rFonts w:cs="Arial"/>
          <w:lang w:val="fr-FR"/>
        </w:rPr>
      </w:pPr>
      <w:r w:rsidRPr="00A63BE6">
        <w:rPr>
          <w:rFonts w:eastAsia="Arial" w:cs="Arial"/>
          <w:b/>
          <w:color w:val="214D5A"/>
          <w:lang w:val="fr-FR"/>
        </w:rPr>
        <w:t xml:space="preserve">Formule de fin : </w:t>
      </w:r>
      <w:r w:rsidRPr="00A63BE6">
        <w:rPr>
          <w:rFonts w:eastAsia="Arial" w:cs="Arial"/>
          <w:lang w:val="fr-FR"/>
        </w:rPr>
        <w:t>____________________________________________</w:t>
      </w:r>
    </w:p>
    <w:p w:rsidR="00C46A6C" w:rsidRPr="00A63BE6" w:rsidRDefault="00C46A6C">
      <w:pPr>
        <w:spacing w:after="20"/>
        <w:rPr>
          <w:rFonts w:eastAsia="Arial" w:cs="Arial"/>
          <w:b/>
          <w:color w:val="214D5A"/>
          <w:lang w:val="fr-FR"/>
        </w:rPr>
      </w:pPr>
    </w:p>
    <w:p w:rsidR="00332A55" w:rsidRPr="00A63BE6" w:rsidRDefault="00000000">
      <w:pPr>
        <w:spacing w:after="20"/>
        <w:rPr>
          <w:rFonts w:cs="Arial"/>
          <w:lang w:val="fr-FR"/>
        </w:rPr>
      </w:pPr>
      <w:r w:rsidRPr="00A63BE6">
        <w:rPr>
          <w:rFonts w:eastAsia="Arial" w:cs="Arial"/>
          <w:b/>
          <w:color w:val="214D5A"/>
          <w:lang w:val="fr-FR"/>
        </w:rPr>
        <w:t xml:space="preserve">Signature de septembre : </w:t>
      </w:r>
      <w:r w:rsidRPr="00A63BE6">
        <w:rPr>
          <w:rFonts w:eastAsia="Arial" w:cs="Arial"/>
          <w:lang w:val="fr-FR"/>
        </w:rPr>
        <w:t>____________________________________</w:t>
      </w:r>
    </w:p>
    <w:p w:rsidR="00C46A6C" w:rsidRPr="00A63BE6" w:rsidRDefault="00C46A6C">
      <w:pPr>
        <w:spacing w:before="40" w:after="0"/>
        <w:jc w:val="center"/>
        <w:rPr>
          <w:rFonts w:eastAsia="Arial" w:cs="Arial"/>
          <w:b/>
          <w:color w:val="2F6676"/>
          <w:lang w:val="fr-FR"/>
        </w:rPr>
      </w:pPr>
    </w:p>
    <w:p w:rsidR="00332A55" w:rsidRPr="00C46A6C" w:rsidRDefault="00000000">
      <w:pPr>
        <w:spacing w:before="40" w:after="0"/>
        <w:jc w:val="center"/>
        <w:rPr>
          <w:rFonts w:cs="Arial"/>
          <w:lang w:val="fr-FR"/>
        </w:rPr>
      </w:pPr>
      <w:r w:rsidRPr="00C46A6C">
        <w:rPr>
          <w:rFonts w:eastAsia="Arial" w:cs="Arial"/>
          <w:b/>
          <w:color w:val="2F6676"/>
          <w:lang w:val="fr-FR"/>
        </w:rPr>
        <w:t xml:space="preserve">□ </w:t>
      </w:r>
      <w:r w:rsidRPr="00C46A6C">
        <w:rPr>
          <w:rFonts w:eastAsia="Arial" w:cs="Arial"/>
          <w:lang w:val="fr-FR"/>
        </w:rPr>
        <w:t xml:space="preserve">paragraphes      </w:t>
      </w:r>
      <w:r w:rsidRPr="00C46A6C">
        <w:rPr>
          <w:rFonts w:eastAsia="Arial" w:cs="Arial"/>
          <w:b/>
          <w:color w:val="2F6676"/>
          <w:lang w:val="fr-FR"/>
        </w:rPr>
        <w:t xml:space="preserve">□ </w:t>
      </w:r>
      <w:r w:rsidRPr="00C46A6C">
        <w:rPr>
          <w:rFonts w:eastAsia="Arial" w:cs="Arial"/>
          <w:lang w:val="fr-FR"/>
        </w:rPr>
        <w:t xml:space="preserve">futur vérifié      </w:t>
      </w:r>
      <w:r w:rsidRPr="00C46A6C">
        <w:rPr>
          <w:rFonts w:eastAsia="Arial" w:cs="Arial"/>
          <w:b/>
          <w:color w:val="2F6676"/>
          <w:lang w:val="fr-FR"/>
        </w:rPr>
        <w:t xml:space="preserve">□ </w:t>
      </w:r>
      <w:r w:rsidRPr="00C46A6C">
        <w:rPr>
          <w:rFonts w:eastAsia="Arial" w:cs="Arial"/>
          <w:lang w:val="fr-FR"/>
        </w:rPr>
        <w:t>accords relus</w:t>
      </w:r>
    </w:p>
    <w:p w:rsidR="00332A55" w:rsidRPr="00C46A6C" w:rsidRDefault="00000000">
      <w:pPr>
        <w:spacing w:after="0"/>
        <w:jc w:val="center"/>
        <w:rPr>
          <w:rFonts w:cs="Arial"/>
          <w:lang w:val="fr-FR"/>
        </w:rPr>
      </w:pPr>
      <w:r w:rsidRPr="00C46A6C">
        <w:rPr>
          <w:rFonts w:eastAsia="Arial" w:cs="Arial"/>
          <w:b/>
          <w:color w:val="2F6676"/>
          <w:lang w:val="fr-FR"/>
        </w:rPr>
        <w:t xml:space="preserve">□ </w:t>
      </w:r>
      <w:r w:rsidRPr="00C46A6C">
        <w:rPr>
          <w:rFonts w:eastAsia="Arial" w:cs="Arial"/>
          <w:lang w:val="fr-FR"/>
        </w:rPr>
        <w:t xml:space="preserve">ponctuation      </w:t>
      </w:r>
      <w:r w:rsidRPr="00C46A6C">
        <w:rPr>
          <w:rFonts w:eastAsia="Arial" w:cs="Arial"/>
          <w:b/>
          <w:color w:val="2F6676"/>
          <w:lang w:val="fr-FR"/>
        </w:rPr>
        <w:t xml:space="preserve">□ </w:t>
      </w:r>
      <w:r w:rsidRPr="00C46A6C">
        <w:rPr>
          <w:rFonts w:eastAsia="Arial" w:cs="Arial"/>
          <w:lang w:val="fr-FR"/>
        </w:rPr>
        <w:t>écriture lisibl</w:t>
      </w:r>
      <w:r w:rsidR="004E1757">
        <w:rPr>
          <w:rFonts w:eastAsia="Arial" w:cs="Arial"/>
          <w:lang w:val="fr-FR"/>
        </w:rPr>
        <w:t>e</w:t>
      </w:r>
    </w:p>
    <w:sectPr w:rsidR="00332A55" w:rsidRPr="00C46A6C" w:rsidSect="00034616">
      <w:footerReference w:type="default" r:id="rId9"/>
      <w:pgSz w:w="11906" w:h="16838"/>
      <w:pgMar w:top="539" w:right="737" w:bottom="539" w:left="737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5210" w:rsidRDefault="00515210">
      <w:pPr>
        <w:spacing w:after="0"/>
      </w:pPr>
      <w:r>
        <w:separator/>
      </w:r>
    </w:p>
  </w:endnote>
  <w:endnote w:type="continuationSeparator" w:id="0">
    <w:p w:rsidR="00515210" w:rsidRDefault="005152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2A55" w:rsidRPr="00C46A6C" w:rsidRDefault="00000000">
    <w:pPr>
      <w:pStyle w:val="Pieddepage"/>
      <w:jc w:val="center"/>
      <w:rPr>
        <w:lang w:val="fr-FR"/>
      </w:rPr>
    </w:pPr>
    <w:r w:rsidRPr="00C46A6C">
      <w:rPr>
        <w:rFonts w:eastAsia="Arial"/>
        <w:color w:val="68777D"/>
        <w:sz w:val="18"/>
        <w:lang w:val="fr-FR"/>
      </w:rPr>
      <w:t xml:space="preserve">Lettre à moi-même - rentrée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5210" w:rsidRDefault="00515210">
      <w:pPr>
        <w:spacing w:after="0"/>
      </w:pPr>
      <w:r>
        <w:separator/>
      </w:r>
    </w:p>
  </w:footnote>
  <w:footnote w:type="continuationSeparator" w:id="0">
    <w:p w:rsidR="00515210" w:rsidRDefault="005152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3693439">
    <w:abstractNumId w:val="8"/>
  </w:num>
  <w:num w:numId="2" w16cid:durableId="1423994617">
    <w:abstractNumId w:val="6"/>
  </w:num>
  <w:num w:numId="3" w16cid:durableId="616527028">
    <w:abstractNumId w:val="5"/>
  </w:num>
  <w:num w:numId="4" w16cid:durableId="63381417">
    <w:abstractNumId w:val="4"/>
  </w:num>
  <w:num w:numId="5" w16cid:durableId="1316373962">
    <w:abstractNumId w:val="7"/>
  </w:num>
  <w:num w:numId="6" w16cid:durableId="195629904">
    <w:abstractNumId w:val="3"/>
  </w:num>
  <w:num w:numId="7" w16cid:durableId="1805542643">
    <w:abstractNumId w:val="2"/>
  </w:num>
  <w:num w:numId="8" w16cid:durableId="626358241">
    <w:abstractNumId w:val="1"/>
  </w:num>
  <w:num w:numId="9" w16cid:durableId="188771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2A55"/>
    <w:rsid w:val="004E1757"/>
    <w:rsid w:val="00515210"/>
    <w:rsid w:val="008C3937"/>
    <w:rsid w:val="00A63BE6"/>
    <w:rsid w:val="00AA1D8D"/>
    <w:rsid w:val="00B47730"/>
    <w:rsid w:val="00C46A6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36F23"/>
  <w14:defaultImageDpi w14:val="300"/>
  <w15:docId w15:val="{F150A72D-E213-784D-B57A-375161F4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color w:val="263238"/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100"/>
      <w:outlineLvl w:val="0"/>
    </w:pPr>
    <w:rPr>
      <w:rFonts w:asciiTheme="majorHAnsi" w:eastAsiaTheme="majorEastAsia" w:hAnsiTheme="majorHAnsi" w:cstheme="majorBidi"/>
      <w:b/>
      <w:bCs/>
      <w:color w:val="2F6676"/>
      <w:sz w:val="3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60" w:after="20"/>
      <w:outlineLvl w:val="1"/>
    </w:pPr>
    <w:rPr>
      <w:rFonts w:asciiTheme="majorHAnsi" w:eastAsiaTheme="majorEastAsia" w:hAnsiTheme="majorHAnsi" w:cstheme="majorBidi"/>
      <w:b/>
      <w:bCs/>
      <w:color w:val="214D5A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contextualSpacing/>
    </w:pPr>
    <w:rPr>
      <w:rFonts w:asciiTheme="majorHAnsi" w:eastAsiaTheme="majorEastAsia" w:hAnsiTheme="majorHAnsi" w:cstheme="majorBidi"/>
      <w:b/>
      <w:color w:val="214D5A"/>
      <w:spacing w:val="5"/>
      <w:kern w:val="28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à moi-même - rentrée en 5e et 4e</dc:title>
  <dc:subject>Fiches élèves avec lexique, futur simple et lignes Seyès</dc:subject>
  <dc:creator>Ludendo</dc:creator>
  <cp:keywords>français, rentrée, 5e, 4e, futur simple, écriture, lettre</cp:keywords>
  <dc:description>Document élève imprimable</dc:description>
  <cp:lastModifiedBy>Microsoft Office User</cp:lastModifiedBy>
  <cp:revision>4</cp:revision>
  <dcterms:created xsi:type="dcterms:W3CDTF">2013-12-23T23:15:00Z</dcterms:created>
  <dcterms:modified xsi:type="dcterms:W3CDTF">2026-08-30T17:27:00Z</dcterms:modified>
  <cp:category/>
</cp:coreProperties>
</file>