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CEB" w:rsidRPr="00FB40F0" w:rsidRDefault="00000000">
      <w:pPr>
        <w:spacing w:after="20"/>
        <w:jc w:val="center"/>
        <w:rPr>
          <w:lang w:val="fr-FR"/>
        </w:rPr>
      </w:pPr>
      <w:r w:rsidRPr="00FB40F0">
        <w:rPr>
          <w:b/>
          <w:color w:val="163A68"/>
          <w:sz w:val="41"/>
          <w:lang w:val="fr-FR"/>
        </w:rPr>
        <w:t>MA PROGRESSION GRAMMATICALE - 5e</w:t>
      </w:r>
    </w:p>
    <w:p w:rsidR="00432CEB" w:rsidRPr="00FB40F0" w:rsidRDefault="00000000">
      <w:pPr>
        <w:spacing w:after="80"/>
        <w:jc w:val="center"/>
        <w:rPr>
          <w:lang w:val="fr-FR"/>
        </w:rPr>
      </w:pPr>
      <w:r w:rsidRPr="00FB40F0">
        <w:rPr>
          <w:i/>
          <w:color w:val="008AA6"/>
          <w:sz w:val="21"/>
          <w:lang w:val="fr-FR"/>
        </w:rPr>
        <w:t>Je repère mes réussites et ce que je dois encore travailler.</w:t>
      </w:r>
    </w:p>
    <w:p w:rsidR="009D1E11" w:rsidRDefault="009D1E11">
      <w:pPr>
        <w:spacing w:after="80"/>
        <w:rPr>
          <w:b/>
          <w:color w:val="163A68"/>
          <w:sz w:val="21"/>
          <w:lang w:val="fr-FR"/>
        </w:rPr>
      </w:pPr>
    </w:p>
    <w:p w:rsidR="00432CEB" w:rsidRPr="00FB40F0" w:rsidRDefault="00000000">
      <w:pPr>
        <w:spacing w:after="80"/>
        <w:rPr>
          <w:lang w:val="fr-FR"/>
        </w:rPr>
      </w:pPr>
      <w:r w:rsidRPr="00FB40F0">
        <w:rPr>
          <w:b/>
          <w:color w:val="163A68"/>
          <w:sz w:val="21"/>
          <w:lang w:val="fr-FR"/>
        </w:rPr>
        <w:t xml:space="preserve">Prénom et nom : </w:t>
      </w:r>
      <w:r w:rsidRPr="00FB40F0">
        <w:rPr>
          <w:sz w:val="21"/>
          <w:lang w:val="fr-FR"/>
        </w:rPr>
        <w:t xml:space="preserve">__________________________________        </w:t>
      </w:r>
      <w:r w:rsidRPr="00FB40F0">
        <w:rPr>
          <w:b/>
          <w:color w:val="163A68"/>
          <w:sz w:val="21"/>
          <w:lang w:val="fr-FR"/>
        </w:rPr>
        <w:t xml:space="preserve">Classe : </w:t>
      </w:r>
      <w:r w:rsidRPr="00FB40F0">
        <w:rPr>
          <w:sz w:val="21"/>
          <w:lang w:val="fr-FR"/>
        </w:rPr>
        <w:t>________</w:t>
      </w:r>
    </w:p>
    <w:p w:rsidR="00FB40F0" w:rsidRPr="00FB40F0" w:rsidRDefault="00FB40F0">
      <w:pPr>
        <w:spacing w:after="60"/>
        <w:jc w:val="center"/>
        <w:rPr>
          <w:b/>
          <w:color w:val="163A68"/>
          <w:sz w:val="20"/>
          <w:lang w:val="fr-FR"/>
        </w:rPr>
      </w:pPr>
    </w:p>
    <w:p w:rsidR="00432CEB" w:rsidRPr="00FB40F0" w:rsidRDefault="00000000">
      <w:pPr>
        <w:spacing w:after="60"/>
        <w:jc w:val="center"/>
        <w:rPr>
          <w:sz w:val="20"/>
          <w:lang w:val="fr-FR"/>
        </w:rPr>
      </w:pPr>
      <w:r w:rsidRPr="00FB40F0">
        <w:rPr>
          <w:b/>
          <w:color w:val="163A68"/>
          <w:sz w:val="20"/>
          <w:lang w:val="fr-FR"/>
        </w:rPr>
        <w:t xml:space="preserve">Après chaque fiche, </w:t>
      </w:r>
      <w:r w:rsidR="00FB40F0">
        <w:rPr>
          <w:b/>
          <w:color w:val="163A68"/>
          <w:sz w:val="20"/>
          <w:lang w:val="fr-FR"/>
        </w:rPr>
        <w:t>coche</w:t>
      </w:r>
      <w:r w:rsidRPr="00FB40F0">
        <w:rPr>
          <w:b/>
          <w:color w:val="163A68"/>
          <w:sz w:val="20"/>
          <w:lang w:val="fr-FR"/>
        </w:rPr>
        <w:t xml:space="preserve"> un cercle. </w:t>
      </w:r>
      <w:r w:rsidRPr="00FB40F0">
        <w:rPr>
          <w:sz w:val="20"/>
          <w:lang w:val="fr-FR"/>
        </w:rPr>
        <w:t>Tu pourras modifier ton choix lorsque tu progresseras.</w:t>
      </w:r>
    </w:p>
    <w:p w:rsidR="00FB40F0" w:rsidRPr="00FB40F0" w:rsidRDefault="00FB40F0">
      <w:pPr>
        <w:spacing w:after="60"/>
        <w:jc w:val="center"/>
        <w:rPr>
          <w:lang w:val="fr-FR"/>
        </w:rPr>
      </w:pPr>
    </w:p>
    <w:tbl>
      <w:tblPr>
        <w:tblW w:w="10282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3427"/>
        <w:gridCol w:w="3427"/>
        <w:gridCol w:w="3428"/>
      </w:tblGrid>
      <w:tr w:rsidR="00432CEB">
        <w:trPr>
          <w:tblHeader/>
        </w:trPr>
        <w:tc>
          <w:tcPr>
            <w:tcW w:w="3427" w:type="dxa"/>
            <w:tcBorders>
              <w:top w:val="single" w:sz="6" w:space="0" w:color="C9473A"/>
              <w:left w:val="single" w:sz="6" w:space="0" w:color="C9473A"/>
              <w:bottom w:val="single" w:sz="6" w:space="0" w:color="C9473A"/>
              <w:right w:val="single" w:sz="6" w:space="0" w:color="C9473A"/>
            </w:tcBorders>
            <w:shd w:val="clear" w:color="auto" w:fill="FBE8E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432CEB" w:rsidRPr="00FB40F0" w:rsidRDefault="00000000">
            <w:pPr>
              <w:jc w:val="center"/>
              <w:rPr>
                <w:lang w:val="fr-FR"/>
              </w:rPr>
            </w:pPr>
            <w:proofErr w:type="gramStart"/>
            <w:r w:rsidRPr="00FB40F0">
              <w:rPr>
                <w:b/>
                <w:color w:val="C9473A"/>
                <w:sz w:val="20"/>
                <w:lang w:val="fr-FR"/>
              </w:rPr>
              <w:t>○  Je</w:t>
            </w:r>
            <w:proofErr w:type="gramEnd"/>
            <w:r w:rsidRPr="00FB40F0">
              <w:rPr>
                <w:b/>
                <w:color w:val="C9473A"/>
                <w:sz w:val="20"/>
                <w:lang w:val="fr-FR"/>
              </w:rPr>
              <w:t xml:space="preserve"> ne sais pas encore faire</w:t>
            </w:r>
          </w:p>
        </w:tc>
        <w:tc>
          <w:tcPr>
            <w:tcW w:w="3427" w:type="dxa"/>
            <w:tcBorders>
              <w:top w:val="single" w:sz="6" w:space="0" w:color="A56D00"/>
              <w:left w:val="single" w:sz="6" w:space="0" w:color="A56D00"/>
              <w:bottom w:val="single" w:sz="6" w:space="0" w:color="A56D00"/>
              <w:right w:val="single" w:sz="6" w:space="0" w:color="A56D00"/>
            </w:tcBorders>
            <w:shd w:val="clear" w:color="auto" w:fill="FFF3D3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432CEB" w:rsidRPr="00FB40F0" w:rsidRDefault="00000000">
            <w:pPr>
              <w:jc w:val="center"/>
              <w:rPr>
                <w:lang w:val="fr-FR"/>
              </w:rPr>
            </w:pPr>
            <w:proofErr w:type="gramStart"/>
            <w:r w:rsidRPr="00FB40F0">
              <w:rPr>
                <w:b/>
                <w:color w:val="A56D00"/>
                <w:sz w:val="20"/>
                <w:lang w:val="fr-FR"/>
              </w:rPr>
              <w:t>○  Je</w:t>
            </w:r>
            <w:proofErr w:type="gramEnd"/>
            <w:r w:rsidRPr="00FB40F0">
              <w:rPr>
                <w:b/>
                <w:color w:val="A56D00"/>
                <w:sz w:val="20"/>
                <w:lang w:val="fr-FR"/>
              </w:rPr>
              <w:t xml:space="preserve"> sais assez bien faire</w:t>
            </w:r>
          </w:p>
        </w:tc>
        <w:tc>
          <w:tcPr>
            <w:tcW w:w="3428" w:type="dxa"/>
            <w:tcBorders>
              <w:top w:val="single" w:sz="6" w:space="0" w:color="167653"/>
              <w:left w:val="single" w:sz="6" w:space="0" w:color="167653"/>
              <w:bottom w:val="single" w:sz="6" w:space="0" w:color="167653"/>
              <w:right w:val="single" w:sz="6" w:space="0" w:color="167653"/>
            </w:tcBorders>
            <w:shd w:val="clear" w:color="auto" w:fill="E4F4E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432CEB" w:rsidRDefault="00000000">
            <w:pPr>
              <w:jc w:val="center"/>
            </w:pPr>
            <w:proofErr w:type="gramStart"/>
            <w:r>
              <w:rPr>
                <w:b/>
                <w:color w:val="167653"/>
                <w:sz w:val="20"/>
              </w:rPr>
              <w:t>○  Je</w:t>
            </w:r>
            <w:proofErr w:type="gramEnd"/>
            <w:r>
              <w:rPr>
                <w:b/>
                <w:color w:val="167653"/>
                <w:sz w:val="20"/>
              </w:rPr>
              <w:t xml:space="preserve"> </w:t>
            </w:r>
            <w:proofErr w:type="spellStart"/>
            <w:r>
              <w:rPr>
                <w:b/>
                <w:color w:val="167653"/>
                <w:sz w:val="20"/>
              </w:rPr>
              <w:t>sais</w:t>
            </w:r>
            <w:proofErr w:type="spellEnd"/>
            <w:r>
              <w:rPr>
                <w:b/>
                <w:color w:val="167653"/>
                <w:sz w:val="20"/>
              </w:rPr>
              <w:t xml:space="preserve"> faire</w:t>
            </w:r>
          </w:p>
        </w:tc>
      </w:tr>
    </w:tbl>
    <w:p w:rsidR="00432CEB" w:rsidRDefault="00432CEB">
      <w:pPr>
        <w:spacing w:after="40"/>
      </w:pPr>
    </w:p>
    <w:tbl>
      <w:tblPr>
        <w:tblW w:w="10282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475"/>
        <w:gridCol w:w="3485"/>
        <w:gridCol w:w="1181"/>
        <w:gridCol w:w="475"/>
        <w:gridCol w:w="3485"/>
        <w:gridCol w:w="1181"/>
      </w:tblGrid>
      <w:tr w:rsidR="00432CEB" w:rsidRPr="00FB40F0">
        <w:trPr>
          <w:tblHeader/>
        </w:trPr>
        <w:tc>
          <w:tcPr>
            <w:tcW w:w="5141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1F5EB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jc w:val="center"/>
              <w:rPr>
                <w:lang w:val="fr-FR"/>
              </w:rPr>
            </w:pPr>
            <w:r w:rsidRPr="00FB40F0">
              <w:rPr>
                <w:b/>
                <w:color w:val="FFFFFF"/>
                <w:sz w:val="24"/>
                <w:lang w:val="fr-FR"/>
              </w:rPr>
              <w:t>PÉRIODE 1 - VOYAGER EN POÉSIE</w:t>
            </w:r>
            <w:r w:rsidRPr="00FB40F0">
              <w:rPr>
                <w:b/>
                <w:color w:val="FFFFFF"/>
                <w:sz w:val="24"/>
                <w:lang w:val="fr-FR"/>
              </w:rPr>
              <w:br/>
            </w:r>
            <w:r w:rsidRPr="00FB40F0">
              <w:rPr>
                <w:i/>
                <w:color w:val="FFFFFF"/>
                <w:sz w:val="20"/>
                <w:lang w:val="fr-FR"/>
              </w:rPr>
              <w:t>Construire la phrase et entrer dans le langage poétique</w:t>
            </w:r>
          </w:p>
        </w:tc>
        <w:tc>
          <w:tcPr>
            <w:tcW w:w="5141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008AA6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jc w:val="center"/>
              <w:rPr>
                <w:lang w:val="fr-FR"/>
              </w:rPr>
            </w:pPr>
            <w:r w:rsidRPr="00FB40F0">
              <w:rPr>
                <w:b/>
                <w:color w:val="FFFFFF"/>
                <w:sz w:val="24"/>
                <w:lang w:val="fr-FR"/>
              </w:rPr>
              <w:t>PÉRIODE 2 - PLAIRE ET INSTRUIRE</w:t>
            </w:r>
            <w:r w:rsidRPr="00FB40F0">
              <w:rPr>
                <w:b/>
                <w:color w:val="FFFFFF"/>
                <w:sz w:val="24"/>
                <w:lang w:val="fr-FR"/>
              </w:rPr>
              <w:br/>
            </w:r>
            <w:r w:rsidRPr="00FB40F0">
              <w:rPr>
                <w:i/>
                <w:color w:val="FFFFFF"/>
                <w:sz w:val="20"/>
                <w:lang w:val="fr-FR"/>
              </w:rPr>
              <w:t>Enrichir la phrase et caractériser</w:t>
            </w:r>
          </w:p>
        </w:tc>
      </w:tr>
      <w:tr w:rsidR="00432CEB"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1F5EBB"/>
                <w:sz w:val="24"/>
              </w:rPr>
              <w:t>1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r>
              <w:rPr>
                <w:sz w:val="26"/>
              </w:rPr>
              <w:t>Les classes grammaticales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008AA6"/>
                <w:sz w:val="24"/>
              </w:rPr>
              <w:t>8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r>
              <w:rPr>
                <w:sz w:val="26"/>
              </w:rPr>
              <w:t>L'accord sujet-verbe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</w:tr>
      <w:tr w:rsidR="00432CEB"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1F5EBB"/>
                <w:sz w:val="24"/>
              </w:rPr>
              <w:t>2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rPr>
                <w:lang w:val="fr-FR"/>
              </w:rPr>
            </w:pPr>
            <w:r w:rsidRPr="00FB40F0">
              <w:rPr>
                <w:sz w:val="26"/>
                <w:lang w:val="fr-FR"/>
              </w:rPr>
              <w:t>Les types et formes de phrases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008AA6"/>
                <w:sz w:val="24"/>
              </w:rPr>
              <w:t>9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rPr>
                <w:lang w:val="fr-FR"/>
              </w:rPr>
            </w:pPr>
            <w:r w:rsidRPr="00FB40F0">
              <w:rPr>
                <w:sz w:val="26"/>
                <w:lang w:val="fr-FR"/>
              </w:rPr>
              <w:t>Les compléments essentiels : COD et attribut du sujet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</w:tr>
      <w:tr w:rsidR="00432CEB"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1F5EBB"/>
                <w:sz w:val="24"/>
              </w:rPr>
              <w:t>3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rPr>
                <w:lang w:val="fr-FR"/>
              </w:rPr>
            </w:pPr>
            <w:r w:rsidRPr="00FB40F0">
              <w:rPr>
                <w:sz w:val="26"/>
                <w:lang w:val="fr-FR"/>
              </w:rPr>
              <w:t>La phrase simple et la phrase complexe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008AA6"/>
                <w:sz w:val="24"/>
              </w:rPr>
              <w:t>10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r>
              <w:rPr>
                <w:sz w:val="26"/>
              </w:rPr>
              <w:t>Les compléments circonstanciels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</w:tr>
      <w:tr w:rsidR="00432CEB"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1F5EBB"/>
                <w:sz w:val="24"/>
              </w:rPr>
              <w:t>4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rPr>
                <w:lang w:val="fr-FR"/>
              </w:rPr>
            </w:pPr>
            <w:r w:rsidRPr="00FB40F0">
              <w:rPr>
                <w:sz w:val="26"/>
                <w:lang w:val="fr-FR"/>
              </w:rPr>
              <w:t>Les phrases interrogatives et injonctives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008AA6"/>
                <w:sz w:val="24"/>
              </w:rPr>
              <w:t>11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r>
              <w:rPr>
                <w:sz w:val="26"/>
              </w:rPr>
              <w:t>Les expansions du nom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</w:tr>
      <w:tr w:rsidR="00432CEB"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1F5EBB"/>
                <w:sz w:val="24"/>
              </w:rPr>
              <w:t>5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rPr>
                <w:lang w:val="fr-FR"/>
              </w:rPr>
            </w:pPr>
            <w:r w:rsidRPr="00FB40F0">
              <w:rPr>
                <w:sz w:val="26"/>
                <w:lang w:val="fr-FR"/>
              </w:rPr>
              <w:t>Le présent de l'indicatif et ses valeurs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008AA6"/>
                <w:sz w:val="24"/>
              </w:rPr>
              <w:t>12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rPr>
                <w:lang w:val="fr-FR"/>
              </w:rPr>
            </w:pPr>
            <w:r w:rsidRPr="00FB40F0">
              <w:rPr>
                <w:sz w:val="26"/>
                <w:lang w:val="fr-FR"/>
              </w:rPr>
              <w:t>Les reprises nominales et pronominales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</w:tr>
      <w:tr w:rsidR="00432CEB"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1F5EBB"/>
                <w:sz w:val="24"/>
              </w:rPr>
              <w:t>6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rPr>
                <w:lang w:val="fr-FR"/>
              </w:rPr>
            </w:pPr>
            <w:r w:rsidRPr="00FB40F0">
              <w:rPr>
                <w:sz w:val="26"/>
                <w:lang w:val="fr-FR"/>
              </w:rPr>
              <w:t>Le lexique de la poésie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008AA6"/>
                <w:sz w:val="24"/>
              </w:rPr>
              <w:t>13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rPr>
                <w:lang w:val="fr-FR"/>
              </w:rPr>
            </w:pPr>
            <w:r w:rsidRPr="00FB40F0">
              <w:rPr>
                <w:sz w:val="26"/>
                <w:lang w:val="fr-FR"/>
              </w:rPr>
              <w:t>La composition du mot et la notion de radical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</w:tr>
      <w:tr w:rsidR="00432CEB"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1F5EBB"/>
                <w:sz w:val="24"/>
              </w:rPr>
              <w:t>7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r>
              <w:rPr>
                <w:sz w:val="26"/>
              </w:rPr>
              <w:t>Les figures de style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432CEB" w:rsidRDefault="00432CEB"/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432CEB" w:rsidRDefault="00432CEB"/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432CEB" w:rsidRDefault="00432CEB"/>
        </w:tc>
      </w:tr>
      <w:tr w:rsidR="00432CEB">
        <w:tc>
          <w:tcPr>
            <w:tcW w:w="102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432CEB" w:rsidRDefault="00432CEB"/>
        </w:tc>
      </w:tr>
      <w:tr w:rsidR="00432CEB" w:rsidRPr="00FB40F0">
        <w:tc>
          <w:tcPr>
            <w:tcW w:w="5141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6A5AA8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jc w:val="center"/>
              <w:rPr>
                <w:lang w:val="fr-FR"/>
              </w:rPr>
            </w:pPr>
            <w:r w:rsidRPr="00FB40F0">
              <w:rPr>
                <w:b/>
                <w:color w:val="FFFFFF"/>
                <w:sz w:val="24"/>
                <w:lang w:val="fr-FR"/>
              </w:rPr>
              <w:t>PÉRIODE 3 - DEVENIR HÉROÏNE / HÉROS</w:t>
            </w:r>
            <w:r w:rsidRPr="00FB40F0">
              <w:rPr>
                <w:b/>
                <w:color w:val="FFFFFF"/>
                <w:sz w:val="24"/>
                <w:lang w:val="fr-FR"/>
              </w:rPr>
              <w:br/>
            </w:r>
            <w:r w:rsidRPr="00FB40F0">
              <w:rPr>
                <w:i/>
                <w:color w:val="FFFFFF"/>
                <w:sz w:val="20"/>
                <w:lang w:val="fr-FR"/>
              </w:rPr>
              <w:t>Raconter, décrire et exprimer les émotions</w:t>
            </w:r>
          </w:p>
        </w:tc>
        <w:tc>
          <w:tcPr>
            <w:tcW w:w="5141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287A78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jc w:val="center"/>
              <w:rPr>
                <w:lang w:val="fr-FR"/>
              </w:rPr>
            </w:pPr>
            <w:r w:rsidRPr="00FB40F0">
              <w:rPr>
                <w:b/>
                <w:color w:val="FFFFFF"/>
                <w:sz w:val="24"/>
                <w:lang w:val="fr-FR"/>
              </w:rPr>
              <w:t>PÉRIODE 4 - EXPÉRIMENTER ET JOUER AU THÉÂTRE</w:t>
            </w:r>
            <w:r w:rsidRPr="00FB40F0">
              <w:rPr>
                <w:b/>
                <w:color w:val="FFFFFF"/>
                <w:sz w:val="24"/>
                <w:lang w:val="fr-FR"/>
              </w:rPr>
              <w:br/>
            </w:r>
            <w:r w:rsidRPr="00FB40F0">
              <w:rPr>
                <w:i/>
                <w:color w:val="FFFFFF"/>
                <w:sz w:val="20"/>
                <w:lang w:val="fr-FR"/>
              </w:rPr>
              <w:t>Dire, jouer et explorer les relations entre les mots</w:t>
            </w:r>
          </w:p>
        </w:tc>
      </w:tr>
      <w:tr w:rsidR="00432CEB"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6A5AA8"/>
                <w:sz w:val="24"/>
              </w:rPr>
              <w:t>14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r>
              <w:rPr>
                <w:sz w:val="26"/>
              </w:rPr>
              <w:t>Le lexique du portrait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287A78"/>
                <w:sz w:val="24"/>
              </w:rPr>
              <w:t>21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r>
              <w:rPr>
                <w:sz w:val="26"/>
              </w:rPr>
              <w:t>L'impératif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</w:tr>
      <w:tr w:rsidR="00432CEB"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6A5AA8"/>
                <w:sz w:val="24"/>
              </w:rPr>
              <w:t>15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rPr>
                <w:lang w:val="fr-FR"/>
              </w:rPr>
            </w:pPr>
            <w:r w:rsidRPr="00FB40F0">
              <w:rPr>
                <w:sz w:val="26"/>
                <w:lang w:val="fr-FR"/>
              </w:rPr>
              <w:t>Le lexique des sentiments et des émotions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287A78"/>
                <w:sz w:val="24"/>
              </w:rPr>
              <w:t>22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r>
              <w:rPr>
                <w:sz w:val="26"/>
              </w:rPr>
              <w:t>Les paroles rapportées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</w:tr>
      <w:tr w:rsidR="00432CEB"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6A5AA8"/>
                <w:sz w:val="24"/>
              </w:rPr>
              <w:t>16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rPr>
                <w:lang w:val="fr-FR"/>
              </w:rPr>
            </w:pPr>
            <w:r w:rsidRPr="00FB40F0">
              <w:rPr>
                <w:sz w:val="26"/>
                <w:lang w:val="fr-FR"/>
              </w:rPr>
              <w:t>L'imparfait et le passé simple : emplois et valeurs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287A78"/>
                <w:sz w:val="24"/>
              </w:rPr>
              <w:t>23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r>
              <w:rPr>
                <w:sz w:val="26"/>
              </w:rPr>
              <w:t>La synonymie et l'antonymie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</w:tr>
      <w:tr w:rsidR="00432CEB"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6A5AA8"/>
                <w:sz w:val="24"/>
              </w:rPr>
              <w:t>17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r>
              <w:rPr>
                <w:sz w:val="26"/>
              </w:rPr>
              <w:t>Le passé composé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287A78"/>
                <w:sz w:val="24"/>
              </w:rPr>
              <w:t>24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r>
              <w:rPr>
                <w:sz w:val="26"/>
              </w:rPr>
              <w:t>Le champ lexical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</w:tr>
      <w:tr w:rsidR="00432CEB"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6A5AA8"/>
                <w:sz w:val="24"/>
              </w:rPr>
              <w:t>18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r>
              <w:rPr>
                <w:sz w:val="26"/>
              </w:rPr>
              <w:t>Le plus-que-parfait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287A78"/>
                <w:sz w:val="24"/>
              </w:rPr>
              <w:t>25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r>
              <w:rPr>
                <w:sz w:val="26"/>
              </w:rPr>
              <w:t>Les principaux homophones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</w:tr>
      <w:tr w:rsidR="00432CEB"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6A5AA8"/>
                <w:sz w:val="24"/>
              </w:rPr>
              <w:t>19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rPr>
                <w:lang w:val="fr-FR"/>
              </w:rPr>
            </w:pPr>
            <w:r w:rsidRPr="00FB40F0">
              <w:rPr>
                <w:sz w:val="26"/>
                <w:lang w:val="fr-FR"/>
              </w:rPr>
              <w:t>Le participe passé et ses accords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287A78"/>
                <w:sz w:val="24"/>
              </w:rPr>
              <w:t>26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r>
              <w:rPr>
                <w:sz w:val="26"/>
              </w:rPr>
              <w:t>Le lexique du théâtre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</w:tr>
      <w:tr w:rsidR="00432CEB"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6A5AA8"/>
                <w:sz w:val="24"/>
              </w:rPr>
              <w:t>20</w:t>
            </w:r>
          </w:p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Pr="00FB40F0" w:rsidRDefault="00000000">
            <w:pPr>
              <w:rPr>
                <w:lang w:val="fr-FR"/>
              </w:rPr>
            </w:pPr>
            <w:r w:rsidRPr="00FB40F0">
              <w:rPr>
                <w:sz w:val="26"/>
                <w:lang w:val="fr-FR"/>
              </w:rPr>
              <w:t>Le futur et ses valeurs</w:t>
            </w:r>
          </w:p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:rsidR="00432CEB" w:rsidRDefault="00000000">
            <w:pPr>
              <w:jc w:val="center"/>
            </w:pPr>
            <w:r>
              <w:rPr>
                <w:b/>
                <w:color w:val="C9473A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A56D00"/>
                <w:sz w:val="29"/>
              </w:rPr>
              <w:t>○</w:t>
            </w:r>
            <w:r>
              <w:rPr>
                <w:sz w:val="20"/>
              </w:rPr>
              <w:t xml:space="preserve"> </w:t>
            </w:r>
            <w:r>
              <w:rPr>
                <w:b/>
                <w:color w:val="167653"/>
                <w:sz w:val="29"/>
              </w:rPr>
              <w:t>○</w:t>
            </w:r>
          </w:p>
        </w:tc>
        <w:tc>
          <w:tcPr>
            <w:tcW w:w="47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432CEB" w:rsidRDefault="00432CEB"/>
        </w:tc>
        <w:tc>
          <w:tcPr>
            <w:tcW w:w="348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432CEB" w:rsidRDefault="00432CEB"/>
        </w:tc>
        <w:tc>
          <w:tcPr>
            <w:tcW w:w="118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432CEB" w:rsidRDefault="00432CEB"/>
        </w:tc>
      </w:tr>
    </w:tbl>
    <w:p w:rsidR="00432CEB" w:rsidRDefault="00432CEB">
      <w:pPr>
        <w:spacing w:after="40"/>
      </w:pPr>
    </w:p>
    <w:tbl>
      <w:tblPr>
        <w:tblW w:w="10282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10282"/>
      </w:tblGrid>
      <w:tr w:rsidR="00432CEB" w:rsidRPr="00FB40F0">
        <w:trPr>
          <w:tblHeader/>
        </w:trPr>
        <w:tc>
          <w:tcPr>
            <w:tcW w:w="10282" w:type="dxa"/>
            <w:tcBorders>
              <w:top w:val="single" w:sz="8" w:space="0" w:color="008AA6"/>
              <w:left w:val="single" w:sz="8" w:space="0" w:color="008AA6"/>
              <w:bottom w:val="single" w:sz="8" w:space="0" w:color="008AA6"/>
              <w:right w:val="single" w:sz="8" w:space="0" w:color="008AA6"/>
            </w:tcBorders>
            <w:shd w:val="clear" w:color="auto" w:fill="EEF7F7"/>
            <w:tcMar>
              <w:top w:w="70" w:type="dxa"/>
              <w:left w:w="105" w:type="dxa"/>
              <w:bottom w:w="70" w:type="dxa"/>
              <w:right w:w="105" w:type="dxa"/>
            </w:tcMar>
          </w:tcPr>
          <w:p w:rsidR="00432CEB" w:rsidRPr="00FB40F0" w:rsidRDefault="00000000">
            <w:pPr>
              <w:spacing w:after="20" w:line="252" w:lineRule="auto"/>
              <w:rPr>
                <w:lang w:val="fr-FR"/>
              </w:rPr>
            </w:pPr>
            <w:r w:rsidRPr="00FB40F0">
              <w:rPr>
                <w:b/>
                <w:color w:val="008AA6"/>
                <w:sz w:val="20"/>
                <w:lang w:val="fr-FR"/>
              </w:rPr>
              <w:t xml:space="preserve">MON PETIT </w:t>
            </w:r>
            <w:proofErr w:type="gramStart"/>
            <w:r w:rsidRPr="00FB40F0">
              <w:rPr>
                <w:b/>
                <w:color w:val="008AA6"/>
                <w:sz w:val="20"/>
                <w:lang w:val="fr-FR"/>
              </w:rPr>
              <w:t xml:space="preserve">BILAN  </w:t>
            </w:r>
            <w:r w:rsidRPr="00FB40F0">
              <w:rPr>
                <w:sz w:val="20"/>
                <w:lang w:val="fr-FR"/>
              </w:rPr>
              <w:t>La</w:t>
            </w:r>
            <w:proofErr w:type="gramEnd"/>
            <w:r w:rsidRPr="00FB40F0">
              <w:rPr>
                <w:sz w:val="20"/>
                <w:lang w:val="fr-FR"/>
              </w:rPr>
              <w:t xml:space="preserve"> notion que je maîtrise le mieux : ____________________________</w:t>
            </w:r>
            <w:r w:rsidRPr="00FB40F0">
              <w:rPr>
                <w:sz w:val="20"/>
                <w:lang w:val="fr-FR"/>
              </w:rPr>
              <w:br/>
              <w:t>La fiche que je reprends en priorité : n° ______</w:t>
            </w:r>
          </w:p>
        </w:tc>
      </w:tr>
    </w:tbl>
    <w:p w:rsidR="00167E39" w:rsidRPr="00FB40F0" w:rsidRDefault="00167E39">
      <w:pPr>
        <w:rPr>
          <w:lang w:val="fr-FR"/>
        </w:rPr>
      </w:pPr>
    </w:p>
    <w:sectPr w:rsidR="00167E39" w:rsidRPr="00FB40F0" w:rsidSect="00034616">
      <w:headerReference w:type="default" r:id="rId8"/>
      <w:footerReference w:type="default" r:id="rId9"/>
      <w:pgSz w:w="11906" w:h="16838"/>
      <w:pgMar w:top="482" w:right="454" w:bottom="425" w:left="454" w:header="85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7E39" w:rsidRDefault="00167E39">
      <w:r>
        <w:separator/>
      </w:r>
    </w:p>
  </w:endnote>
  <w:endnote w:type="continuationSeparator" w:id="0">
    <w:p w:rsidR="00167E39" w:rsidRDefault="0016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2CEB" w:rsidRDefault="00432CEB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7E39" w:rsidRDefault="00167E39">
      <w:r>
        <w:separator/>
      </w:r>
    </w:p>
  </w:footnote>
  <w:footnote w:type="continuationSeparator" w:id="0">
    <w:p w:rsidR="00167E39" w:rsidRDefault="00167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2CEB" w:rsidRDefault="00000000">
    <w:pPr>
      <w:pStyle w:val="En-tte"/>
      <w:jc w:val="right"/>
    </w:pPr>
    <w:r>
      <w:rPr>
        <w:noProof/>
      </w:rPr>
      <w:drawing>
        <wp:inline distT="0" distB="0" distL="0" distR="0">
          <wp:extent cx="266745" cy="450000"/>
          <wp:effectExtent l="0" t="0" r="0" b="0"/>
          <wp:docPr id="1" name="Picture 1" descr="Ludi, le hibou bleu de Ludendo, lit un livre et tient un crayon" title="Ludi, mascotte de Lude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di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745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1486648">
    <w:abstractNumId w:val="8"/>
  </w:num>
  <w:num w:numId="2" w16cid:durableId="233702480">
    <w:abstractNumId w:val="6"/>
  </w:num>
  <w:num w:numId="3" w16cid:durableId="1276475058">
    <w:abstractNumId w:val="5"/>
  </w:num>
  <w:num w:numId="4" w16cid:durableId="1110128921">
    <w:abstractNumId w:val="4"/>
  </w:num>
  <w:num w:numId="5" w16cid:durableId="629240068">
    <w:abstractNumId w:val="7"/>
  </w:num>
  <w:num w:numId="6" w16cid:durableId="1807580402">
    <w:abstractNumId w:val="3"/>
  </w:num>
  <w:num w:numId="7" w16cid:durableId="310598445">
    <w:abstractNumId w:val="2"/>
  </w:num>
  <w:num w:numId="8" w16cid:durableId="642807901">
    <w:abstractNumId w:val="1"/>
  </w:num>
  <w:num w:numId="9" w16cid:durableId="203846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7E39"/>
    <w:rsid w:val="0029639D"/>
    <w:rsid w:val="00326F90"/>
    <w:rsid w:val="00432CEB"/>
    <w:rsid w:val="009D1E11"/>
    <w:rsid w:val="00AA1D8D"/>
    <w:rsid w:val="00B47730"/>
    <w:rsid w:val="00CB0664"/>
    <w:rsid w:val="00FB40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C803D"/>
  <w14:defaultImageDpi w14:val="300"/>
  <w15:docId w15:val="{44AAD67E-2C11-B74D-A3D3-A2DAA46C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72033"/>
      <w:sz w:val="25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 progression grammaticale - 5e</dc:title>
  <dc:subject>Fiche d'auto-positionnement en langue sur une page</dc:subject>
  <dc:creator>Ludendo</dc:creator>
  <cp:keywords>cinquième, grammaire, langue, auto-positionnement, progression</cp:keywords>
  <dc:description>generated by python-docx</dc:description>
  <cp:lastModifiedBy>Microsoft Office User</cp:lastModifiedBy>
  <cp:revision>3</cp:revision>
  <cp:lastPrinted>2026-08-18T09:58:00Z</cp:lastPrinted>
  <dcterms:created xsi:type="dcterms:W3CDTF">2026-08-18T09:58:00Z</dcterms:created>
  <dcterms:modified xsi:type="dcterms:W3CDTF">2026-08-18T09:58:00Z</dcterms:modified>
  <cp:category/>
</cp:coreProperties>
</file>