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27A4B" w14:textId="51A2135C" w:rsidR="008A4A48" w:rsidRDefault="0047053B" w:rsidP="0047053B">
      <w:pPr>
        <w:pStyle w:val="Titre"/>
        <w:tabs>
          <w:tab w:val="right" w:pos="10091"/>
        </w:tabs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776D25" wp14:editId="6D20F39A">
            <wp:simplePos x="0" y="0"/>
            <wp:positionH relativeFrom="column">
              <wp:posOffset>88900</wp:posOffset>
            </wp:positionH>
            <wp:positionV relativeFrom="paragraph">
              <wp:posOffset>-258445</wp:posOffset>
            </wp:positionV>
            <wp:extent cx="827405" cy="827405"/>
            <wp:effectExtent l="0" t="0" r="0" b="0"/>
            <wp:wrapNone/>
            <wp:docPr id="1" name="Picture 1" descr="Ludi, le hibou bleu de Ludendo, en v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d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D8777F5" wp14:editId="0975EE2E">
            <wp:simplePos x="0" y="0"/>
            <wp:positionH relativeFrom="column">
              <wp:posOffset>5803900</wp:posOffset>
            </wp:positionH>
            <wp:positionV relativeFrom="paragraph">
              <wp:posOffset>-257175</wp:posOffset>
            </wp:positionV>
            <wp:extent cx="899795" cy="899795"/>
            <wp:effectExtent l="0" t="0" r="1905" b="1905"/>
            <wp:wrapNone/>
            <wp:docPr id="2" name="Picture 2" descr="QR code vers l’application Écrire avec Lu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_applic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proofErr w:type="spellStart"/>
      <w:r w:rsidR="00000000">
        <w:t>Écrire</w:t>
      </w:r>
      <w:proofErr w:type="spellEnd"/>
      <w:r w:rsidR="00000000">
        <w:t xml:space="preserve"> avec Ludi  </w:t>
      </w:r>
    </w:p>
    <w:p w14:paraId="04EA82F0" w14:textId="77777777" w:rsidR="008A4A48" w:rsidRDefault="00000000" w:rsidP="0047053B">
      <w:pPr>
        <w:pStyle w:val="Sous-titre"/>
        <w:jc w:val="center"/>
      </w:pPr>
      <w:r>
        <w:t>Guide des élèves</w:t>
      </w:r>
    </w:p>
    <w:p w14:paraId="33ADF60C" w14:textId="77777777" w:rsidR="008A4A48" w:rsidRDefault="00000000">
      <w:pPr>
        <w:spacing w:before="80"/>
      </w:pPr>
      <w:r>
        <w:rPr>
          <w:b/>
        </w:rPr>
        <w:t xml:space="preserve">Nom et prénom : </w:t>
      </w:r>
      <w:r>
        <w:t>____________________________</w:t>
      </w:r>
      <w:r>
        <w:rPr>
          <w:b/>
        </w:rPr>
        <w:t xml:space="preserve">   Classe : </w:t>
      </w:r>
      <w:r>
        <w:t>________</w:t>
      </w:r>
    </w:p>
    <w:p w14:paraId="1F6BE993" w14:textId="77777777" w:rsidR="0047053B" w:rsidRDefault="0047053B">
      <w:pPr>
        <w:rPr>
          <w:b/>
        </w:rPr>
      </w:pPr>
    </w:p>
    <w:p w14:paraId="33C5016D" w14:textId="242E4DD0" w:rsidR="008A4A48" w:rsidRDefault="00000000">
      <w:proofErr w:type="spellStart"/>
      <w:r>
        <w:rPr>
          <w:b/>
        </w:rPr>
        <w:t>Adresse</w:t>
      </w:r>
      <w:proofErr w:type="spellEnd"/>
      <w:r>
        <w:rPr>
          <w:b/>
        </w:rPr>
        <w:t xml:space="preserve"> du </w:t>
      </w:r>
      <w:proofErr w:type="gramStart"/>
      <w:r>
        <w:rPr>
          <w:b/>
        </w:rPr>
        <w:t>site :</w:t>
      </w:r>
      <w:proofErr w:type="gramEnd"/>
      <w:r>
        <w:rPr>
          <w:b/>
        </w:rPr>
        <w:t xml:space="preserve"> </w:t>
      </w:r>
      <w:hyperlink r:id="rId10">
        <w:r>
          <w:rPr>
            <w:u w:val="single"/>
          </w:rPr>
          <w:t>https://latelierdeludi.netlify.app</w:t>
        </w:r>
      </w:hyperlink>
    </w:p>
    <w:p w14:paraId="4DD35924" w14:textId="77777777" w:rsidR="0047053B" w:rsidRDefault="0047053B">
      <w:pPr>
        <w:spacing w:before="60"/>
        <w:rPr>
          <w:b/>
        </w:rPr>
      </w:pPr>
    </w:p>
    <w:p w14:paraId="27D48EFC" w14:textId="09EC6B0C" w:rsidR="008A4A48" w:rsidRDefault="00000000">
      <w:pPr>
        <w:spacing w:before="60"/>
      </w:pPr>
      <w:r>
        <w:rPr>
          <w:b/>
        </w:rPr>
        <w:t xml:space="preserve">Mon code de reprise </w:t>
      </w:r>
      <w:proofErr w:type="gramStart"/>
      <w:r>
        <w:rPr>
          <w:b/>
        </w:rPr>
        <w:t>secret</w:t>
      </w:r>
      <w:r>
        <w:t xml:space="preserve">  16</w:t>
      </w:r>
      <w:proofErr w:type="gramEnd"/>
      <w:r>
        <w:t xml:space="preserve"> lettres et chiffres, 4 groupes de 4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170"/>
        <w:gridCol w:w="510"/>
        <w:gridCol w:w="510"/>
        <w:gridCol w:w="510"/>
        <w:gridCol w:w="510"/>
        <w:gridCol w:w="170"/>
        <w:gridCol w:w="510"/>
        <w:gridCol w:w="510"/>
        <w:gridCol w:w="510"/>
        <w:gridCol w:w="510"/>
        <w:gridCol w:w="170"/>
        <w:gridCol w:w="510"/>
        <w:gridCol w:w="510"/>
        <w:gridCol w:w="510"/>
        <w:gridCol w:w="510"/>
      </w:tblGrid>
      <w:tr w:rsidR="008A4A48" w14:paraId="4E42E075" w14:textId="77777777">
        <w:trPr>
          <w:trHeight w:val="454"/>
        </w:trPr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E31F7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9119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20AF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A0AE" w14:textId="77777777" w:rsidR="008A4A48" w:rsidRDefault="008A4A48">
            <w:pPr>
              <w:spacing w:after="0" w:line="240" w:lineRule="auto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1B83" w14:textId="77777777" w:rsidR="008A4A48" w:rsidRDefault="008A4A48">
            <w:pPr>
              <w:spacing w:after="0" w:line="240" w:lineRule="auto"/>
              <w:jc w:val="center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446F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39FA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1BFC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8F86" w14:textId="77777777" w:rsidR="008A4A48" w:rsidRDefault="008A4A48">
            <w:pPr>
              <w:spacing w:after="0" w:line="240" w:lineRule="auto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106FC" w14:textId="77777777" w:rsidR="008A4A48" w:rsidRDefault="008A4A48">
            <w:pPr>
              <w:spacing w:after="0" w:line="240" w:lineRule="auto"/>
              <w:jc w:val="center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BC53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A0A1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D3095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93C7" w14:textId="77777777" w:rsidR="008A4A48" w:rsidRDefault="008A4A48">
            <w:pPr>
              <w:spacing w:after="0" w:line="240" w:lineRule="auto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B165B" w14:textId="77777777" w:rsidR="008A4A48" w:rsidRDefault="008A4A48">
            <w:pPr>
              <w:spacing w:after="0" w:line="240" w:lineRule="auto"/>
              <w:jc w:val="center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6B77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875DF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A3FD" w14:textId="77777777" w:rsidR="008A4A48" w:rsidRDefault="008A4A48">
            <w:pPr>
              <w:spacing w:after="0" w:line="240" w:lineRule="auto"/>
            </w:pP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5C853" w14:textId="77777777" w:rsidR="008A4A48" w:rsidRDefault="008A4A48">
            <w:pPr>
              <w:spacing w:after="0" w:line="240" w:lineRule="auto"/>
            </w:pPr>
          </w:p>
        </w:tc>
      </w:tr>
    </w:tbl>
    <w:p w14:paraId="76A9CD34" w14:textId="778897AD" w:rsidR="008A4A48" w:rsidRDefault="00000000">
      <w:pPr>
        <w:spacing w:before="80" w:after="60"/>
      </w:pPr>
      <w:r>
        <w:rPr>
          <w:b/>
        </w:rPr>
        <w:t xml:space="preserve">Garde cette fiche et ton code pour toi. </w:t>
      </w:r>
      <w:r>
        <w:t xml:space="preserve">Sans ce code, le carnet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 xml:space="preserve"> </w:t>
      </w:r>
      <w:r w:rsidR="0047053B">
        <w:t xml:space="preserve">(= ton travail </w:t>
      </w:r>
      <w:proofErr w:type="spellStart"/>
      <w:r w:rsidR="0047053B">
        <w:t>d’écriture</w:t>
      </w:r>
      <w:proofErr w:type="spellEnd"/>
      <w:r w:rsidR="0047053B">
        <w:t xml:space="preserve">) </w:t>
      </w:r>
      <w:r>
        <w:t xml:space="preserve">ne </w:t>
      </w:r>
      <w:proofErr w:type="spellStart"/>
      <w:r>
        <w:t>peut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récupéré</w:t>
      </w:r>
      <w:proofErr w:type="spellEnd"/>
      <w:r>
        <w:t>.</w:t>
      </w:r>
    </w:p>
    <w:p w14:paraId="6B3248E3" w14:textId="77777777" w:rsidR="008A4A48" w:rsidRDefault="00000000">
      <w:pPr>
        <w:pStyle w:val="Titre1"/>
      </w:pPr>
      <w:r>
        <w:t>1 Je crée ou reprends mon carnet</w:t>
      </w:r>
    </w:p>
    <w:p w14:paraId="03231631" w14:textId="77777777" w:rsidR="008A4A48" w:rsidRDefault="00000000">
      <w:pPr>
        <w:keepLines/>
      </w:pPr>
      <w:r>
        <w:t>Clique sur « Reprendre sur un autre ordinateur », puis sur « Créer mon code de reprise ». Recopie le code ci-dessus. Si tu as déjà un code, saisis-le et choisis « Reprendre avec ce code ».</w:t>
      </w:r>
    </w:p>
    <w:p w14:paraId="741714AA" w14:textId="77777777" w:rsidR="008A4A48" w:rsidRDefault="00000000">
      <w:pPr>
        <w:pStyle w:val="Titre1"/>
      </w:pPr>
      <w:r>
        <w:t>2 Je choisis mon atelier</w:t>
      </w:r>
    </w:p>
    <w:p w14:paraId="3480A6D0" w14:textId="77777777" w:rsidR="008A4A48" w:rsidRDefault="00000000">
      <w:pPr>
        <w:keepLines/>
      </w:pPr>
      <w:r>
        <w:t>Ouvre l’atelier demandé par ton professeur. Tu peux aussi reprendre un atelier commencé. Pour t’entraîner, ouvre « Les jeux » et choisis ton niveau.</w:t>
      </w:r>
    </w:p>
    <w:p w14:paraId="468C36EE" w14:textId="77777777" w:rsidR="008A4A48" w:rsidRDefault="00000000">
      <w:pPr>
        <w:pStyle w:val="Titre1"/>
      </w:pPr>
      <w:r>
        <w:t>3 Je prépare mes idées</w:t>
      </w:r>
    </w:p>
    <w:p w14:paraId="0C24193D" w14:textId="77777777" w:rsidR="008A4A48" w:rsidRDefault="00000000">
      <w:pPr>
        <w:keepLines/>
      </w:pPr>
      <w:r>
        <w:t>Dans « Préparer », réponds aux questions en quelques mots et avance avec « Étape suivante ».</w:t>
      </w:r>
    </w:p>
    <w:p w14:paraId="5FE8E54B" w14:textId="77777777" w:rsidR="008A4A48" w:rsidRDefault="00000000">
      <w:pPr>
        <w:pStyle w:val="Titre1"/>
      </w:pPr>
      <w:r>
        <w:t>4 Je rédige mon texte</w:t>
      </w:r>
    </w:p>
    <w:p w14:paraId="04B14791" w14:textId="77777777" w:rsidR="008A4A48" w:rsidRDefault="00000000">
      <w:pPr>
        <w:keepLines/>
      </w:pPr>
      <w:r>
        <w:t>Dans « Écrire », donne un titre et rédige. Utilise « Ma banque de mots » et les « Conseils d’écriture ». Pour la poésie, cherche des rimes ; pour le sonnet, écris un vers par case.</w:t>
      </w:r>
    </w:p>
    <w:p w14:paraId="20132692" w14:textId="77777777" w:rsidR="008A4A48" w:rsidRDefault="00000000">
      <w:pPr>
        <w:pStyle w:val="Titre1"/>
      </w:pPr>
      <w:r>
        <w:t>5 Je relis et je réfléchis</w:t>
      </w:r>
    </w:p>
    <w:p w14:paraId="19BB7EEA" w14:textId="77777777" w:rsidR="008A4A48" w:rsidRDefault="00000000">
      <w:pPr>
        <w:keepLines/>
      </w:pPr>
      <w:r>
        <w:t>Ouvre « Relire » : la relecture démarre. Clique sur un mot souligné et réfléchis aux trois réponses. Vérifie aussi le sens, la ponctuation et les critères du projet : le correcteur ne repère pas toutes les fautes.</w:t>
      </w:r>
    </w:p>
    <w:p w14:paraId="4900A29C" w14:textId="77777777" w:rsidR="008A4A48" w:rsidRDefault="00000000">
      <w:pPr>
        <w:pStyle w:val="Titre1"/>
      </w:pPr>
      <w:r>
        <w:t>6 Je remets mon travail au professeur</w:t>
      </w:r>
    </w:p>
    <w:p w14:paraId="386B1F14" w14:textId="77777777" w:rsidR="008A4A48" w:rsidRDefault="00000000">
      <w:pPr>
        <w:keepLines/>
      </w:pPr>
      <w:r>
        <w:t>Dans « Terminer », indique ton nom si demandé. Choisis « Word · .docx » ou « OpenOffice · .odt ». Ouvre et vérifie le fichier, puis joins-le à ton devoir sur l’ENT ou à ton message.</w:t>
      </w:r>
    </w:p>
    <w:p w14:paraId="00940508" w14:textId="77777777" w:rsidR="008A4A48" w:rsidRDefault="00000000">
      <w:pPr>
        <w:pStyle w:val="Titre1"/>
      </w:pPr>
      <w:r>
        <w:t>7 Je quitte un ordinateur partagé</w:t>
      </w:r>
    </w:p>
    <w:p w14:paraId="4991B150" w14:textId="77777777" w:rsidR="008A4A48" w:rsidRDefault="00000000">
      <w:pPr>
        <w:keepLines/>
      </w:pPr>
      <w:r>
        <w:t>Ouvre « Mon code de reprise », puis clique sur « Enregistrer et quitter cet ordinateur ». Attends la confirmation avant de partir.</w:t>
      </w:r>
    </w:p>
    <w:p w14:paraId="754C26BF" w14:textId="77777777" w:rsidR="008A4A48" w:rsidRDefault="00000000">
      <w:pPr>
        <w:spacing w:before="120"/>
      </w:pPr>
      <w:r>
        <w:rPr>
          <w:b/>
        </w:rPr>
        <w:t xml:space="preserve">À retenir </w:t>
      </w:r>
      <w:r>
        <w:t>Reprends ton carnet sur la même adresse du site. Télécharge les brouillons de l’appareil avant de les remplacer. Après 30 jours sans nouvelle sauvegarde, le carnet expire : conserve aussi ton fichier Word ou OpenOffice.</w:t>
      </w:r>
    </w:p>
    <w:sectPr w:rsidR="008A4A48" w:rsidSect="00034616">
      <w:pgSz w:w="11906" w:h="16838"/>
      <w:pgMar w:top="737" w:right="850" w:bottom="737" w:left="85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015E9D" w14:textId="77777777" w:rsidR="00E53298" w:rsidRDefault="00E53298">
      <w:pPr>
        <w:spacing w:after="0" w:line="240" w:lineRule="auto"/>
      </w:pPr>
      <w:r>
        <w:separator/>
      </w:r>
    </w:p>
  </w:endnote>
  <w:endnote w:type="continuationSeparator" w:id="0">
    <w:p w14:paraId="77CFC67F" w14:textId="77777777" w:rsidR="00E53298" w:rsidRDefault="00E5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EB6A4D" w14:textId="77777777" w:rsidR="00E53298" w:rsidRDefault="00E53298">
      <w:pPr>
        <w:spacing w:after="0" w:line="240" w:lineRule="auto"/>
      </w:pPr>
      <w:r>
        <w:separator/>
      </w:r>
    </w:p>
  </w:footnote>
  <w:footnote w:type="continuationSeparator" w:id="0">
    <w:p w14:paraId="35F2D1DF" w14:textId="77777777" w:rsidR="00E53298" w:rsidRDefault="00E53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7306353">
    <w:abstractNumId w:val="8"/>
  </w:num>
  <w:num w:numId="2" w16cid:durableId="748503918">
    <w:abstractNumId w:val="6"/>
  </w:num>
  <w:num w:numId="3" w16cid:durableId="1786459311">
    <w:abstractNumId w:val="5"/>
  </w:num>
  <w:num w:numId="4" w16cid:durableId="1237285495">
    <w:abstractNumId w:val="4"/>
  </w:num>
  <w:num w:numId="5" w16cid:durableId="1394504744">
    <w:abstractNumId w:val="7"/>
  </w:num>
  <w:num w:numId="6" w16cid:durableId="1230187725">
    <w:abstractNumId w:val="3"/>
  </w:num>
  <w:num w:numId="7" w16cid:durableId="2025666154">
    <w:abstractNumId w:val="2"/>
  </w:num>
  <w:num w:numId="8" w16cid:durableId="1561135283">
    <w:abstractNumId w:val="1"/>
  </w:num>
  <w:num w:numId="9" w16cid:durableId="653265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053B"/>
    <w:rsid w:val="008A4A48"/>
    <w:rsid w:val="00AA1D8D"/>
    <w:rsid w:val="00B47730"/>
    <w:rsid w:val="00CB0664"/>
    <w:rsid w:val="00E53298"/>
    <w:rsid w:val="00F13C3D"/>
    <w:rsid w:val="00F93D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99ED2"/>
  <w14:defaultImageDpi w14:val="300"/>
  <w15:docId w15:val="{D18B7766-F7C5-2F4C-8EEF-5C79A0C4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eastAsia="Arial" w:hAnsi="Arial"/>
      <w:color w:val="000000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atelierdeludi.netlify.ap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1634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Écrire avec Ludi Guide des élèves</dc:title>
  <dc:subject>Mode d’emploi de l’atelier d’écriture avec fiche de code de reprise</dc:subject>
  <dc:creator>Claire van Beek</dc:creator>
  <cp:keywords/>
  <dc:description>generated by python-docx</dc:description>
  <cp:lastModifiedBy>Claire van Beek</cp:lastModifiedBy>
  <cp:revision>3</cp:revision>
  <cp:lastPrinted>2026-10-01T05:39:00Z</cp:lastPrinted>
  <dcterms:created xsi:type="dcterms:W3CDTF">2026-10-01T05:39:00Z</dcterms:created>
  <dcterms:modified xsi:type="dcterms:W3CDTF">2026-10-01T05:39:00Z</dcterms:modified>
  <cp:category/>
</cp:coreProperties>
</file>