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20"/>
        <w:gridCol w:w="480"/>
        <w:gridCol w:w="400"/>
        <w:gridCol w:w="580"/>
        <w:gridCol w:w="8800"/>
      </w:tblGrid>
      <w:tr>
        <w:trPr>
          <w:trHeight w:val="44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/>
        </w:tc>
      </w:tr>
      <w:tr>
        <w:trPr>
          <w:trHeight w:val="6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Corrigé sur la formation des mots</w:t>
            </w:r>
          </w:p>
        </w:tc>
      </w:tr>
      <w:tr>
        <w:trPr>
          <w:trHeight w:val="6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20 questions · 1 point par bonne réponse · Total sur 20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Réponse fausse, absente ou multiple = 0 point.</w:t>
            </w:r>
          </w:p>
        </w:tc>
      </w:tr>
      <w:tr>
        <w:trPr>
          <w:trHeight w:val="400" w:hRule="exact"/>
          <w:cantSplit/>
        </w:trPr>
        <w:tc>
          <w:tcPr>
            <w:tcW w:type="dxa" w:w="1000"/>
            <w:gridSpan w:val="2"/>
            <w:shd w:val="clear" w:color="auto" w:fill="F3E7EA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1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Bande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Réponses attendues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/6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1. Repérer la base, le préfixe et le suffixe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Relire » est formé sur le verbe « lire », auquel s’ajoute « re-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Le préfixe « dés- » est placé avant la base verbale « obéir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-able » exprime la possibilité. Ce qui est lavable peut être lavé.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Le préfixe « im- » précède « patient » et exprime la négation.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Tristesse » désigne l’état d’une personne triste.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-ment » transforme l’adjectif « rapide » en adverbe.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/6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2. Reconnaître les familles et la formation des mots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Terrain » et « terre » ont le radical « terr- » et un sens lié au sol.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Chausson » et « chausser » partagent le radical « chauss-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Le mot associe la forme verbale « porte » au nom « clés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Grand-père » réunit l’adjectif « grand » et le nom « père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-eur » forme un nom qui désigne la personne qui chante.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Jardin » est la base du verbe « jardiner ».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/8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3. S’appuyer sur la formation des mots pour les comprendre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Le préfixe « re- » indique ici que l’on gonfle le pneu de nouveau.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Le préfixe « il- » exprime la négation. Le texte ne peut pas être lu.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Pré- » indique que l’on chauffe quelque chose à l’avance.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Anti- » signifie « contre ». Un antivol protège contre le vol.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Le suffixe « -ette » donne ici l’idée d’une petite taille.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Dé- » indique que l’on défait l’action de visser.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Pare » vient du verbe « parer », qui signifie ici « protéger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-able » exprime la possibilité et « in- » la nie.</w:t>
            </w:r>
          </w:p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Corrigé sur la formation des mots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