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20"/>
        <w:gridCol w:w="480"/>
        <w:gridCol w:w="400"/>
        <w:gridCol w:w="580"/>
        <w:gridCol w:w="8800"/>
      </w:tblGrid>
      <w:tr>
        <w:trPr>
          <w:trHeight w:val="44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/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Corrigé sur les natures grammaticales</w:t>
            </w:r>
          </w:p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20 questions · 1 point par bonne réponse · Total sur 20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1000"/>
            <w:gridSpan w:val="2"/>
            <w:shd w:val="clear" w:color="auto" w:fill="F3E7EA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1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Bande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Réponses attendues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Distinguer les mots de même forme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Pronom personnel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Déterminant possessif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Pronom interrogatif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Conjonction de subordination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Adverbe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Pronom relatif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Identifier la nature des mots et des groupes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Groupe nominal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Groupe nominal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Adjectif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Groupe prépositionnel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Groupe prépositionnel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Verbe à l’infinitif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/8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Reconnaître les classes de mots en contexte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Article défini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Nom commun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Préposition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Conjonction de coordination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Verbe conjugué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Pronom démonstratif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Déterminant démonstratif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Nom propre</w:t>
            </w:r>
          </w:p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Corrigé sur les natures grammaticales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