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05FE7C" w14:textId="77777777" w:rsidR="003F161F" w:rsidRDefault="00000000">
      <w:pPr>
        <w:pStyle w:val="Titre"/>
        <w:jc w:val="center"/>
      </w:pPr>
      <w:r>
        <w:t>Déposer un document sur PRONOTE</w:t>
      </w:r>
    </w:p>
    <w:p w14:paraId="1200B916" w14:textId="77777777" w:rsidR="003F161F" w:rsidRDefault="00000000">
      <w:pPr>
        <w:pStyle w:val="Titre1"/>
        <w:jc w:val="center"/>
      </w:pPr>
      <w:r>
        <w:t>Sur téléphone</w:t>
      </w:r>
    </w:p>
    <w:p w14:paraId="40C932E5" w14:textId="77777777" w:rsidR="003F161F" w:rsidRDefault="00000000">
      <w:pPr>
        <w:spacing w:after="180"/>
      </w:pPr>
      <w:r>
        <w:t xml:space="preserve">Pour envoyer une production à </w:t>
      </w:r>
      <w:r>
        <w:rPr>
          <w:b/>
        </w:rPr>
        <w:t>Mme Van Beek</w:t>
      </w:r>
      <w:r>
        <w:t xml:space="preserve">, ouvrez d’abord le </w:t>
      </w:r>
      <w:r>
        <w:rPr>
          <w:b/>
        </w:rPr>
        <w:t>compte élève</w:t>
      </w:r>
      <w:r>
        <w:t xml:space="preserve"> de votre enfant.</w:t>
      </w:r>
    </w:p>
    <w:p w14:paraId="01B253FC" w14:textId="77777777" w:rsidR="003F161F" w:rsidRDefault="00000000">
      <w:pPr>
        <w:keepNext/>
        <w:spacing w:after="140"/>
      </w:pPr>
      <w:r>
        <w:rPr>
          <w:b/>
        </w:rPr>
        <w:t>1</w:t>
      </w:r>
      <w:r>
        <w:t xml:space="preserve"> Ouvrez le menu à trois traits.</w:t>
      </w:r>
      <w:r>
        <w:br/>
      </w:r>
      <w:r>
        <w:rPr>
          <w:b/>
        </w:rPr>
        <w:t>2</w:t>
      </w:r>
      <w:r>
        <w:t xml:space="preserve"> Touchez </w:t>
      </w:r>
      <w:r>
        <w:rPr>
          <w:b/>
        </w:rPr>
        <w:t>Mes données</w:t>
      </w:r>
      <w:r>
        <w:t xml:space="preserve">, puis </w:t>
      </w:r>
      <w:r>
        <w:rPr>
          <w:b/>
        </w:rPr>
        <w:t>Documents</w:t>
      </w:r>
      <w:r>
        <w:t>.</w:t>
      </w:r>
    </w:p>
    <w:p w14:paraId="314CA764" w14:textId="77777777" w:rsidR="003F161F" w:rsidRDefault="00000000">
      <w:pPr>
        <w:spacing w:line="240" w:lineRule="auto"/>
        <w:jc w:val="center"/>
      </w:pPr>
      <w:r>
        <w:rPr>
          <w:noProof/>
        </w:rPr>
        <w:drawing>
          <wp:inline distT="0" distB="0" distL="0" distR="0" wp14:anchorId="21CEBCE1" wp14:editId="1330BC63">
            <wp:extent cx="6263999" cy="206830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bile_menu.pn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20683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BE6DB0" w14:textId="77777777" w:rsidR="003F161F" w:rsidRDefault="00000000">
      <w:pPr>
        <w:keepNext/>
        <w:spacing w:after="140"/>
      </w:pPr>
      <w:r>
        <w:rPr>
          <w:b/>
        </w:rPr>
        <w:t>3</w:t>
      </w:r>
      <w:r>
        <w:t xml:space="preserve"> Choisissez </w:t>
      </w:r>
      <w:r>
        <w:rPr>
          <w:b/>
        </w:rPr>
        <w:t>Partager à mes enseignants</w:t>
      </w:r>
      <w:r>
        <w:t>.</w:t>
      </w:r>
    </w:p>
    <w:p w14:paraId="7882D8EB" w14:textId="77777777" w:rsidR="003F161F" w:rsidRDefault="00000000">
      <w:pPr>
        <w:spacing w:line="240" w:lineRule="auto"/>
        <w:jc w:val="center"/>
      </w:pPr>
      <w:r>
        <w:rPr>
          <w:noProof/>
        </w:rPr>
        <w:drawing>
          <wp:inline distT="0" distB="0" distL="0" distR="0" wp14:anchorId="4FB7E1BA" wp14:editId="5C5B8C83">
            <wp:extent cx="5903999" cy="169322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bile_partage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03999" cy="1693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C8A35C" w14:textId="77777777" w:rsidR="003F161F" w:rsidRDefault="00000000">
      <w:pPr>
        <w:keepNext/>
        <w:spacing w:after="140"/>
      </w:pPr>
      <w:r>
        <w:rPr>
          <w:b/>
        </w:rPr>
        <w:t>4</w:t>
      </w:r>
      <w:r>
        <w:t xml:space="preserve"> Appuyez sur le </w:t>
      </w:r>
      <w:r>
        <w:rPr>
          <w:b/>
        </w:rPr>
        <w:t>+</w:t>
      </w:r>
      <w:r>
        <w:t>, en bas à droite de l’écran.</w:t>
      </w:r>
    </w:p>
    <w:p w14:paraId="022FE129" w14:textId="77777777" w:rsidR="003F161F" w:rsidRDefault="00000000">
      <w:pPr>
        <w:spacing w:line="240" w:lineRule="auto"/>
        <w:jc w:val="center"/>
      </w:pPr>
      <w:r>
        <w:rPr>
          <w:noProof/>
        </w:rPr>
        <w:drawing>
          <wp:inline distT="0" distB="0" distL="0" distR="0" wp14:anchorId="3F2A65AA" wp14:editId="588B100F">
            <wp:extent cx="4680000" cy="120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obile_ajout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680000" cy="12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1DD821E" w14:textId="77777777" w:rsidR="003F161F" w:rsidRDefault="00000000">
      <w:pPr>
        <w:spacing w:after="40"/>
      </w:pPr>
      <w:r>
        <w:rPr>
          <w:b/>
          <w:sz w:val="26"/>
        </w:rPr>
        <w:t>Continuez à la page 3</w:t>
      </w:r>
      <w:r>
        <w:rPr>
          <w:sz w:val="26"/>
        </w:rPr>
        <w:t xml:space="preserve"> pour choisir le fichier et valider.</w:t>
      </w:r>
    </w:p>
    <w:p w14:paraId="29D5706D" w14:textId="77777777" w:rsidR="003F161F" w:rsidRDefault="00000000">
      <w:pPr>
        <w:spacing w:after="140"/>
      </w:pPr>
      <w:r>
        <w:rPr>
          <w:sz w:val="21"/>
        </w:rPr>
        <w:t>Captures agrandies de la démonstration officielle. L’emplacement des éléments peut varier selon l’appareil.</w:t>
      </w:r>
    </w:p>
    <w:p w14:paraId="7C46C08F" w14:textId="77777777" w:rsidR="003F161F" w:rsidRDefault="00000000">
      <w:r>
        <w:br w:type="page"/>
      </w:r>
    </w:p>
    <w:p w14:paraId="415624A3" w14:textId="77777777" w:rsidR="003F161F" w:rsidRDefault="00000000">
      <w:pPr>
        <w:pStyle w:val="Titre"/>
        <w:jc w:val="center"/>
      </w:pPr>
      <w:r>
        <w:lastRenderedPageBreak/>
        <w:t>Déposer un document sur PRONOTE</w:t>
      </w:r>
    </w:p>
    <w:p w14:paraId="20C85044" w14:textId="77777777" w:rsidR="003F161F" w:rsidRDefault="00000000">
      <w:pPr>
        <w:pStyle w:val="Titre1"/>
        <w:jc w:val="center"/>
      </w:pPr>
      <w:r>
        <w:t>Sur ordinateur</w:t>
      </w:r>
    </w:p>
    <w:p w14:paraId="3FBC0C62" w14:textId="77777777" w:rsidR="003F161F" w:rsidRDefault="00000000">
      <w:pPr>
        <w:spacing w:after="200"/>
      </w:pPr>
      <w:r>
        <w:t>Connectez-vous à l’</w:t>
      </w:r>
      <w:r>
        <w:rPr>
          <w:b/>
        </w:rPr>
        <w:t>Espace Élèves</w:t>
      </w:r>
      <w:r>
        <w:t>, avec l’accès de votre enfant ou son compte élève dans l’ENT.</w:t>
      </w:r>
    </w:p>
    <w:p w14:paraId="2C33D09D" w14:textId="77777777" w:rsidR="003F161F" w:rsidRDefault="00000000">
      <w:pPr>
        <w:keepNext/>
        <w:spacing w:after="140"/>
      </w:pPr>
      <w:r>
        <w:rPr>
          <w:b/>
        </w:rPr>
        <w:t>1</w:t>
      </w:r>
      <w:r>
        <w:t xml:space="preserve"> Cliquez sur </w:t>
      </w:r>
      <w:r>
        <w:rPr>
          <w:b/>
        </w:rPr>
        <w:t>Mes données</w:t>
      </w:r>
      <w:r>
        <w:t>, dans la barre du haut.</w:t>
      </w:r>
      <w:r>
        <w:br/>
      </w:r>
      <w:r>
        <w:rPr>
          <w:b/>
        </w:rPr>
        <w:t>2</w:t>
      </w:r>
      <w:r>
        <w:t xml:space="preserve"> Cliquez sur </w:t>
      </w:r>
      <w:r>
        <w:rPr>
          <w:b/>
        </w:rPr>
        <w:t>Documents</w:t>
      </w:r>
      <w:r>
        <w:t xml:space="preserve"> dans le menu qui s’ouvre.</w:t>
      </w:r>
    </w:p>
    <w:p w14:paraId="5AD6D5AD" w14:textId="77777777" w:rsidR="003F161F" w:rsidRDefault="00000000">
      <w:pPr>
        <w:spacing w:line="240" w:lineRule="auto"/>
        <w:jc w:val="center"/>
      </w:pPr>
      <w:r>
        <w:rPr>
          <w:noProof/>
        </w:rPr>
        <w:drawing>
          <wp:inline distT="0" distB="0" distL="0" distR="0" wp14:anchorId="69F3FF77" wp14:editId="509C6746">
            <wp:extent cx="6263999" cy="2127396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rdinateur_menu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2127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ED021FD" w14:textId="77777777" w:rsidR="003F161F" w:rsidRDefault="00000000">
      <w:pPr>
        <w:keepNext/>
        <w:spacing w:after="140"/>
      </w:pPr>
      <w:r>
        <w:rPr>
          <w:b/>
        </w:rPr>
        <w:t>3</w:t>
      </w:r>
      <w:r>
        <w:t xml:space="preserve"> À gauche, cliquez sur </w:t>
      </w:r>
      <w:r>
        <w:rPr>
          <w:b/>
        </w:rPr>
        <w:t>Partager à mes enseignants</w:t>
      </w:r>
      <w:r>
        <w:t>.</w:t>
      </w:r>
      <w:r>
        <w:br/>
      </w:r>
      <w:r>
        <w:rPr>
          <w:b/>
        </w:rPr>
        <w:t>4</w:t>
      </w:r>
      <w:r>
        <w:t xml:space="preserve"> Cliquez ensuite sur </w:t>
      </w:r>
      <w:r>
        <w:rPr>
          <w:b/>
        </w:rPr>
        <w:t>Nouveau</w:t>
      </w:r>
      <w:r>
        <w:t>.</w:t>
      </w:r>
    </w:p>
    <w:p w14:paraId="11B4E671" w14:textId="77777777" w:rsidR="003F161F" w:rsidRDefault="00000000">
      <w:pPr>
        <w:spacing w:line="240" w:lineRule="auto"/>
        <w:jc w:val="center"/>
      </w:pPr>
      <w:r>
        <w:rPr>
          <w:noProof/>
        </w:rPr>
        <w:drawing>
          <wp:inline distT="0" distB="0" distL="0" distR="0" wp14:anchorId="1B32C99D" wp14:editId="066D5611">
            <wp:extent cx="6263999" cy="3486565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rdinateur_partage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3486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3F9365E" w14:textId="77777777" w:rsidR="003F161F" w:rsidRDefault="00000000">
      <w:pPr>
        <w:spacing w:after="240"/>
      </w:pPr>
      <w:r>
        <w:rPr>
          <w:b/>
          <w:sz w:val="26"/>
        </w:rPr>
        <w:t>Continuez à la page 3</w:t>
      </w:r>
      <w:r>
        <w:rPr>
          <w:sz w:val="26"/>
        </w:rPr>
        <w:t xml:space="preserve"> pour choisir le fichier et valider.</w:t>
      </w:r>
    </w:p>
    <w:p w14:paraId="6AA7B2A0" w14:textId="77777777" w:rsidR="003F161F" w:rsidRDefault="00000000">
      <w:pPr>
        <w:spacing w:after="140"/>
      </w:pPr>
      <w:r>
        <w:rPr>
          <w:b/>
          <w:sz w:val="26"/>
        </w:rPr>
        <w:t>Vous voyez « Informations personnelles » ?</w:t>
      </w:r>
      <w:r>
        <w:rPr>
          <w:sz w:val="26"/>
        </w:rPr>
        <w:t xml:space="preserve"> Vous êtes probablement dans l’Espace Parents. Ouvrez le compte élève pour suivre ce parcours.</w:t>
      </w:r>
    </w:p>
    <w:p w14:paraId="3E7C9558" w14:textId="77777777" w:rsidR="003F161F" w:rsidRDefault="00000000">
      <w:pPr>
        <w:spacing w:after="140"/>
      </w:pPr>
      <w:r>
        <w:rPr>
          <w:sz w:val="24"/>
        </w:rPr>
        <w:t xml:space="preserve">Le menu </w:t>
      </w:r>
      <w:r>
        <w:rPr>
          <w:b/>
          <w:sz w:val="24"/>
        </w:rPr>
        <w:t>Communication &gt; Discussions</w:t>
      </w:r>
      <w:r>
        <w:rPr>
          <w:sz w:val="24"/>
        </w:rPr>
        <w:t xml:space="preserve"> ouvre la messagerie. Pour ce dépôt, suivez le parcours </w:t>
      </w:r>
      <w:r>
        <w:rPr>
          <w:b/>
          <w:sz w:val="24"/>
        </w:rPr>
        <w:t>Mes données &gt; Documents</w:t>
      </w:r>
      <w:r>
        <w:rPr>
          <w:sz w:val="24"/>
        </w:rPr>
        <w:t>.</w:t>
      </w:r>
    </w:p>
    <w:p w14:paraId="4C7A160D" w14:textId="77777777" w:rsidR="003F161F" w:rsidRDefault="00000000">
      <w:r>
        <w:br w:type="page"/>
      </w:r>
    </w:p>
    <w:p w14:paraId="02ACDCB3" w14:textId="77777777" w:rsidR="003F161F" w:rsidRDefault="00000000">
      <w:pPr>
        <w:pStyle w:val="Titre"/>
        <w:jc w:val="center"/>
      </w:pPr>
      <w:r>
        <w:lastRenderedPageBreak/>
        <w:t>Choisir le fichier et valider</w:t>
      </w:r>
    </w:p>
    <w:p w14:paraId="3C9B68B0" w14:textId="77777777" w:rsidR="003F161F" w:rsidRDefault="00000000">
      <w:pPr>
        <w:pStyle w:val="Titre1"/>
        <w:jc w:val="center"/>
      </w:pPr>
      <w:r>
        <w:t>Sur téléphone et sur ordinateur</w:t>
      </w:r>
    </w:p>
    <w:p w14:paraId="310C017B" w14:textId="77777777" w:rsidR="003F161F" w:rsidRDefault="00000000">
      <w:pPr>
        <w:spacing w:after="100"/>
      </w:pPr>
      <w:r>
        <w:rPr>
          <w:sz w:val="26"/>
        </w:rPr>
        <w:t>Le formulaire comporte les mêmes champs. Voici la fenêtre affichée sur ordinateur.</w:t>
      </w:r>
    </w:p>
    <w:p w14:paraId="34A1987C" w14:textId="77777777" w:rsidR="003F161F" w:rsidRDefault="00000000">
      <w:pPr>
        <w:spacing w:after="140" w:line="240" w:lineRule="auto"/>
        <w:jc w:val="center"/>
      </w:pPr>
      <w:r>
        <w:rPr>
          <w:noProof/>
        </w:rPr>
        <w:drawing>
          <wp:inline distT="0" distB="0" distL="0" distR="0" wp14:anchorId="2B8B8F56" wp14:editId="2406A2D2">
            <wp:extent cx="6263999" cy="4668451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ulaire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6263999" cy="4668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663ADDB" w14:textId="77777777" w:rsidR="003F161F" w:rsidRDefault="00000000">
      <w:pPr>
        <w:spacing w:after="180"/>
      </w:pPr>
      <w:r>
        <w:rPr>
          <w:b/>
        </w:rPr>
        <w:t>5</w:t>
      </w:r>
      <w:r>
        <w:t xml:space="preserve"> Dans </w:t>
      </w:r>
      <w:r>
        <w:rPr>
          <w:b/>
        </w:rPr>
        <w:t>« Dans le casier de »</w:t>
      </w:r>
      <w:r>
        <w:t xml:space="preserve">, choisissez </w:t>
      </w:r>
      <w:r>
        <w:rPr>
          <w:b/>
        </w:rPr>
        <w:t>Mme Van Beek</w:t>
      </w:r>
      <w:r>
        <w:t xml:space="preserve"> sous le nom affiché dans PRONOTE.</w:t>
      </w:r>
      <w:r>
        <w:br/>
      </w:r>
      <w:r>
        <w:rPr>
          <w:b/>
        </w:rPr>
        <w:t>6</w:t>
      </w:r>
      <w:r>
        <w:t xml:space="preserve"> Cliquez sur </w:t>
      </w:r>
      <w:r>
        <w:rPr>
          <w:b/>
        </w:rPr>
        <w:t>Ajouter le document</w:t>
      </w:r>
      <w:r>
        <w:t xml:space="preserve"> et sélectionnez votre fichier. Attendez la fin du chargement.</w:t>
      </w:r>
      <w:r>
        <w:br/>
      </w:r>
      <w:r>
        <w:rPr>
          <w:b/>
        </w:rPr>
        <w:t>7</w:t>
      </w:r>
      <w:r>
        <w:t xml:space="preserve"> Ajoutez un commentaire si nécessaire : titre du travail, prénom et classe.</w:t>
      </w:r>
      <w:r>
        <w:br/>
      </w:r>
      <w:r>
        <w:rPr>
          <w:b/>
        </w:rPr>
        <w:t>8</w:t>
      </w:r>
      <w:r>
        <w:t xml:space="preserve"> Cliquez sur </w:t>
      </w:r>
      <w:r>
        <w:rPr>
          <w:b/>
        </w:rPr>
        <w:t>Valider</w:t>
      </w:r>
      <w:r>
        <w:t>.</w:t>
      </w:r>
    </w:p>
    <w:p w14:paraId="2911781C" w14:textId="77777777" w:rsidR="003F161F" w:rsidRDefault="00000000">
      <w:pPr>
        <w:spacing w:after="160"/>
      </w:pPr>
      <w:r>
        <w:rPr>
          <w:b/>
          <w:sz w:val="26"/>
        </w:rPr>
        <w:t>Vérifiez ensuite que le fichier apparaît dans la liste des dépôts.</w:t>
      </w:r>
      <w:r>
        <w:rPr>
          <w:sz w:val="26"/>
        </w:rPr>
        <w:t xml:space="preserve"> Conservez-en une copie sur votre appareil.</w:t>
      </w:r>
    </w:p>
    <w:p w14:paraId="3DF7E221" w14:textId="77777777" w:rsidR="00001E1F" w:rsidRDefault="00001E1F">
      <w:pPr>
        <w:spacing w:after="40"/>
        <w:rPr>
          <w:sz w:val="20"/>
        </w:rPr>
      </w:pPr>
    </w:p>
    <w:p w14:paraId="766B2049" w14:textId="77777777" w:rsidR="00001E1F" w:rsidRDefault="00001E1F">
      <w:pPr>
        <w:spacing w:after="40"/>
        <w:rPr>
          <w:sz w:val="20"/>
        </w:rPr>
      </w:pPr>
    </w:p>
    <w:p w14:paraId="449C7775" w14:textId="777C4B8C" w:rsidR="003F161F" w:rsidRDefault="00000000">
      <w:pPr>
        <w:spacing w:after="40"/>
      </w:pPr>
      <w:hyperlink r:id="rId14">
        <w:proofErr w:type="gramStart"/>
        <w:r>
          <w:rPr>
            <w:sz w:val="20"/>
            <w:u w:val="single"/>
          </w:rPr>
          <w:t>Sources :</w:t>
        </w:r>
        <w:proofErr w:type="gramEnd"/>
        <w:r>
          <w:rPr>
            <w:sz w:val="20"/>
            <w:u w:val="single"/>
          </w:rPr>
          <w:t xml:space="preserve"> </w:t>
        </w:r>
        <w:proofErr w:type="spellStart"/>
        <w:r>
          <w:rPr>
            <w:sz w:val="20"/>
            <w:u w:val="single"/>
          </w:rPr>
          <w:t>démonstration</w:t>
        </w:r>
        <w:proofErr w:type="spellEnd"/>
        <w:r>
          <w:rPr>
            <w:sz w:val="20"/>
            <w:u w:val="single"/>
          </w:rPr>
          <w:t xml:space="preserve"> </w:t>
        </w:r>
        <w:proofErr w:type="spellStart"/>
        <w:r>
          <w:rPr>
            <w:sz w:val="20"/>
            <w:u w:val="single"/>
          </w:rPr>
          <w:t>officielle</w:t>
        </w:r>
        <w:proofErr w:type="spellEnd"/>
        <w:r>
          <w:rPr>
            <w:sz w:val="20"/>
            <w:u w:val="single"/>
          </w:rPr>
          <w:t xml:space="preserve"> des </w:t>
        </w:r>
        <w:proofErr w:type="spellStart"/>
        <w:r>
          <w:rPr>
            <w:sz w:val="20"/>
            <w:u w:val="single"/>
          </w:rPr>
          <w:t>Espaces</w:t>
        </w:r>
        <w:proofErr w:type="spellEnd"/>
        <w:r>
          <w:rPr>
            <w:sz w:val="20"/>
            <w:u w:val="single"/>
          </w:rPr>
          <w:t xml:space="preserve"> Web et Mobile</w:t>
        </w:r>
      </w:hyperlink>
    </w:p>
    <w:p w14:paraId="419F92C7" w14:textId="77777777" w:rsidR="003F161F" w:rsidRDefault="00000000">
      <w:pPr>
        <w:spacing w:after="40"/>
      </w:pPr>
      <w:hyperlink r:id="rId15">
        <w:r>
          <w:rPr>
            <w:sz w:val="20"/>
            <w:u w:val="single"/>
          </w:rPr>
          <w:t>Aide officielle : ouvrir le casier numérique aux dépôts</w:t>
        </w:r>
      </w:hyperlink>
    </w:p>
    <w:sectPr w:rsidR="003F161F" w:rsidSect="00034616">
      <w:footerReference w:type="default" r:id="rId16"/>
      <w:pgSz w:w="11906" w:h="16838"/>
      <w:pgMar w:top="765" w:right="1020" w:bottom="737" w:left="1020" w:header="720" w:footer="31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1B59F7BE" w14:textId="77777777" w:rsidR="002A5730" w:rsidRDefault="002A5730">
      <w:pPr>
        <w:spacing w:after="0" w:line="240" w:lineRule="auto"/>
      </w:pPr>
      <w:r>
        <w:separator/>
      </w:r>
    </w:p>
  </w:endnote>
  <w:endnote w:type="continuationSeparator" w:id="0">
    <w:p w14:paraId="48357626" w14:textId="77777777" w:rsidR="002A5730" w:rsidRDefault="002A57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17CE85C" w14:textId="77777777" w:rsidR="003F161F" w:rsidRDefault="00000000">
    <w:pPr>
      <w:pStyle w:val="Pieddepage"/>
      <w:jc w:val="center"/>
    </w:pPr>
    <w:r>
      <w:fldChar w:fldCharType="begin"/>
    </w:r>
    <w:r>
      <w:instrText>PAGE</w:instrText>
    </w:r>
    <w:r>
      <w:fldChar w:fldCharType="separate"/>
    </w:r>
    <w:r w:rsidR="00001E1F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A5CDFC5" w14:textId="77777777" w:rsidR="002A5730" w:rsidRDefault="002A5730">
      <w:pPr>
        <w:spacing w:after="0" w:line="240" w:lineRule="auto"/>
      </w:pPr>
      <w:r>
        <w:separator/>
      </w:r>
    </w:p>
  </w:footnote>
  <w:footnote w:type="continuationSeparator" w:id="0">
    <w:p w14:paraId="53BC7468" w14:textId="77777777" w:rsidR="002A5730" w:rsidRDefault="002A57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puce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puce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289433839">
    <w:abstractNumId w:val="8"/>
  </w:num>
  <w:num w:numId="2" w16cid:durableId="1867862191">
    <w:abstractNumId w:val="6"/>
  </w:num>
  <w:num w:numId="3" w16cid:durableId="1970815954">
    <w:abstractNumId w:val="5"/>
  </w:num>
  <w:num w:numId="4" w16cid:durableId="1273321434">
    <w:abstractNumId w:val="4"/>
  </w:num>
  <w:num w:numId="5" w16cid:durableId="1412192823">
    <w:abstractNumId w:val="7"/>
  </w:num>
  <w:num w:numId="6" w16cid:durableId="851067523">
    <w:abstractNumId w:val="3"/>
  </w:num>
  <w:num w:numId="7" w16cid:durableId="1062099169">
    <w:abstractNumId w:val="2"/>
  </w:num>
  <w:num w:numId="8" w16cid:durableId="1295407331">
    <w:abstractNumId w:val="1"/>
  </w:num>
  <w:num w:numId="9" w16cid:durableId="1429889016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4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1E1F"/>
    <w:rsid w:val="00034616"/>
    <w:rsid w:val="0006063C"/>
    <w:rsid w:val="0015074B"/>
    <w:rsid w:val="002371B2"/>
    <w:rsid w:val="0029639D"/>
    <w:rsid w:val="002A5730"/>
    <w:rsid w:val="00326F90"/>
    <w:rsid w:val="003F161F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8DAC1C"/>
  <w14:defaultImageDpi w14:val="300"/>
  <w15:docId w15:val="{4B0FD370-6E76-6641-BA1C-0E24B59174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250" w:lineRule="auto"/>
    </w:pPr>
    <w:rPr>
      <w:rFonts w:ascii="Arial" w:eastAsia="Arial" w:hAnsi="Arial"/>
      <w:color w:val="000000"/>
      <w:sz w:val="28"/>
    </w:rPr>
  </w:style>
  <w:style w:type="paragraph" w:styleId="Titre1">
    <w:name w:val="heading 1"/>
    <w:basedOn w:val="Normal"/>
    <w:next w:val="Normal"/>
    <w:link w:val="Titre1Car"/>
    <w:uiPriority w:val="9"/>
    <w:qFormat/>
    <w:rsid w:val="00FC693F"/>
    <w:pPr>
      <w:keepNext/>
      <w:keepLines/>
      <w:spacing w:before="100"/>
      <w:outlineLvl w:val="0"/>
    </w:pPr>
    <w:rPr>
      <w:rFonts w:asciiTheme="majorHAnsi" w:eastAsiaTheme="majorEastAsia" w:hAnsiTheme="majorHAnsi" w:cstheme="majorBidi"/>
      <w:b/>
      <w:bCs/>
      <w:sz w:val="34"/>
      <w:szCs w:val="28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FC693F"/>
    <w:pPr>
      <w:keepNext/>
      <w:keepLines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itre3">
    <w:name w:val="heading 3"/>
    <w:basedOn w:val="Normal"/>
    <w:next w:val="Normal"/>
    <w:link w:val="Titre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E618BF"/>
  </w:style>
  <w:style w:type="paragraph" w:styleId="Pieddepage">
    <w:name w:val="footer"/>
    <w:basedOn w:val="Normal"/>
    <w:link w:val="Pieddepage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E618BF"/>
  </w:style>
  <w:style w:type="paragraph" w:styleId="Sansinterligne">
    <w:name w:val="No Spacing"/>
    <w:uiPriority w:val="1"/>
    <w:qFormat/>
    <w:rsid w:val="00FC693F"/>
    <w:pPr>
      <w:spacing w:after="0" w:line="240" w:lineRule="auto"/>
    </w:pPr>
  </w:style>
  <w:style w:type="character" w:customStyle="1" w:styleId="Titre1Car">
    <w:name w:val="Titre 1 Car"/>
    <w:basedOn w:val="Policepardfaut"/>
    <w:link w:val="Titre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re2Car">
    <w:name w:val="Titre 2 Car"/>
    <w:basedOn w:val="Policepardfaut"/>
    <w:link w:val="Titre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re3Car">
    <w:name w:val="Titre 3 Car"/>
    <w:basedOn w:val="Policepardfaut"/>
    <w:link w:val="Titre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re">
    <w:name w:val="Title"/>
    <w:basedOn w:val="Normal"/>
    <w:next w:val="Normal"/>
    <w:link w:val="TitreCar"/>
    <w:uiPriority w:val="10"/>
    <w:qFormat/>
    <w:rsid w:val="00FC693F"/>
    <w:rPr>
      <w:rFonts w:asciiTheme="majorHAnsi" w:eastAsiaTheme="majorEastAsia" w:hAnsiTheme="majorHAnsi" w:cstheme="majorBidi"/>
      <w:b/>
      <w:spacing w:val="5"/>
      <w:kern w:val="28"/>
      <w:sz w:val="46"/>
      <w:szCs w:val="52"/>
    </w:rPr>
  </w:style>
  <w:style w:type="character" w:customStyle="1" w:styleId="TitreCar">
    <w:name w:val="Titre Car"/>
    <w:basedOn w:val="Policepardfaut"/>
    <w:link w:val="Titr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 w:val="24"/>
      <w:szCs w:val="24"/>
    </w:rPr>
  </w:style>
  <w:style w:type="character" w:customStyle="1" w:styleId="Sous-titreCar">
    <w:name w:val="Sous-titre Car"/>
    <w:basedOn w:val="Policepardfaut"/>
    <w:link w:val="Sous-titr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FC693F"/>
    <w:pPr>
      <w:ind w:left="720"/>
    </w:pPr>
  </w:style>
  <w:style w:type="paragraph" w:styleId="Corpsdetexte">
    <w:name w:val="Body Text"/>
    <w:basedOn w:val="Normal"/>
    <w:link w:val="CorpsdetexteCar"/>
    <w:uiPriority w:val="99"/>
    <w:unhideWhenUsed/>
    <w:rsid w:val="00AA1D8D"/>
  </w:style>
  <w:style w:type="character" w:customStyle="1" w:styleId="CorpsdetexteCar">
    <w:name w:val="Corps de texte Car"/>
    <w:basedOn w:val="Policepardfaut"/>
    <w:link w:val="Corpsdetexte"/>
    <w:uiPriority w:val="99"/>
    <w:rsid w:val="00AA1D8D"/>
  </w:style>
  <w:style w:type="paragraph" w:styleId="Corpsdetexte2">
    <w:name w:val="Body Text 2"/>
    <w:basedOn w:val="Normal"/>
    <w:link w:val="Corpsdetexte2Car"/>
    <w:uiPriority w:val="99"/>
    <w:unhideWhenUsed/>
    <w:rsid w:val="00AA1D8D"/>
    <w:pPr>
      <w:spacing w:line="480" w:lineRule="auto"/>
    </w:pPr>
  </w:style>
  <w:style w:type="character" w:customStyle="1" w:styleId="Corpsdetexte2Car">
    <w:name w:val="Corps de texte 2 Car"/>
    <w:basedOn w:val="Policepardfaut"/>
    <w:link w:val="Corpsdetexte2"/>
    <w:uiPriority w:val="99"/>
    <w:rsid w:val="00AA1D8D"/>
  </w:style>
  <w:style w:type="paragraph" w:styleId="Corpsdetexte3">
    <w:name w:val="Body Text 3"/>
    <w:basedOn w:val="Normal"/>
    <w:link w:val="Corpsdetexte3Car"/>
    <w:uiPriority w:val="99"/>
    <w:unhideWhenUsed/>
    <w:rsid w:val="00AA1D8D"/>
    <w:rPr>
      <w:sz w:val="16"/>
      <w:szCs w:val="16"/>
    </w:rPr>
  </w:style>
  <w:style w:type="character" w:customStyle="1" w:styleId="Corpsdetexte3Car">
    <w:name w:val="Corps de texte 3 Car"/>
    <w:basedOn w:val="Policepardfaut"/>
    <w:link w:val="Corpsdetexte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</w:pPr>
  </w:style>
  <w:style w:type="paragraph" w:styleId="Listepuces">
    <w:name w:val="List Bullet"/>
    <w:basedOn w:val="Normal"/>
    <w:uiPriority w:val="99"/>
    <w:unhideWhenUsed/>
    <w:rsid w:val="00326F90"/>
    <w:pPr>
      <w:numPr>
        <w:numId w:val="1"/>
      </w:numPr>
    </w:pPr>
  </w:style>
  <w:style w:type="paragraph" w:styleId="Listepuces2">
    <w:name w:val="List Bullet 2"/>
    <w:basedOn w:val="Normal"/>
    <w:uiPriority w:val="99"/>
    <w:unhideWhenUsed/>
    <w:rsid w:val="00326F90"/>
    <w:pPr>
      <w:numPr>
        <w:numId w:val="2"/>
      </w:numPr>
    </w:pPr>
  </w:style>
  <w:style w:type="paragraph" w:styleId="Listepuces3">
    <w:name w:val="List Bullet 3"/>
    <w:basedOn w:val="Normal"/>
    <w:uiPriority w:val="99"/>
    <w:unhideWhenUsed/>
    <w:rsid w:val="00326F90"/>
    <w:pPr>
      <w:numPr>
        <w:numId w:val="3"/>
      </w:numPr>
    </w:pPr>
  </w:style>
  <w:style w:type="paragraph" w:styleId="Listenumros">
    <w:name w:val="List Number"/>
    <w:basedOn w:val="Normal"/>
    <w:uiPriority w:val="99"/>
    <w:unhideWhenUsed/>
    <w:rsid w:val="00326F90"/>
    <w:pPr>
      <w:numPr>
        <w:numId w:val="5"/>
      </w:numPr>
    </w:pPr>
  </w:style>
  <w:style w:type="paragraph" w:styleId="Listenumros2">
    <w:name w:val="List Number 2"/>
    <w:basedOn w:val="Normal"/>
    <w:uiPriority w:val="99"/>
    <w:unhideWhenUsed/>
    <w:rsid w:val="0029639D"/>
    <w:pPr>
      <w:numPr>
        <w:numId w:val="6"/>
      </w:numPr>
    </w:pPr>
  </w:style>
  <w:style w:type="paragraph" w:styleId="Listenumros3">
    <w:name w:val="List Number 3"/>
    <w:basedOn w:val="Normal"/>
    <w:uiPriority w:val="99"/>
    <w:unhideWhenUsed/>
    <w:rsid w:val="0029639D"/>
    <w:pPr>
      <w:numPr>
        <w:numId w:val="7"/>
      </w:numPr>
    </w:pPr>
  </w:style>
  <w:style w:type="paragraph" w:styleId="Listecontinue">
    <w:name w:val="List Continue"/>
    <w:basedOn w:val="Normal"/>
    <w:uiPriority w:val="99"/>
    <w:unhideWhenUsed/>
    <w:rsid w:val="0029639D"/>
    <w:pPr>
      <w:ind w:left="360"/>
    </w:pPr>
  </w:style>
  <w:style w:type="paragraph" w:styleId="Listecontinue2">
    <w:name w:val="List Continue 2"/>
    <w:basedOn w:val="Normal"/>
    <w:uiPriority w:val="99"/>
    <w:unhideWhenUsed/>
    <w:rsid w:val="0029639D"/>
    <w:pPr>
      <w:ind w:left="720"/>
    </w:pPr>
  </w:style>
  <w:style w:type="paragraph" w:styleId="Listecontinue3">
    <w:name w:val="List Continue 3"/>
    <w:basedOn w:val="Normal"/>
    <w:uiPriority w:val="99"/>
    <w:unhideWhenUsed/>
    <w:rsid w:val="0029639D"/>
    <w:pPr>
      <w:ind w:left="1080"/>
    </w:pPr>
  </w:style>
  <w:style w:type="paragraph" w:styleId="Textedemacro">
    <w:name w:val="macro"/>
    <w:link w:val="Textede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edemacroCar">
    <w:name w:val="Texte de macro Car"/>
    <w:basedOn w:val="Policepardfaut"/>
    <w:link w:val="Textedemacro"/>
    <w:uiPriority w:val="99"/>
    <w:rsid w:val="0029639D"/>
    <w:rPr>
      <w:rFonts w:ascii="Courier" w:hAnsi="Courier"/>
      <w:sz w:val="20"/>
      <w:szCs w:val="20"/>
    </w:rPr>
  </w:style>
  <w:style w:type="paragraph" w:styleId="Citation">
    <w:name w:val="Quote"/>
    <w:basedOn w:val="Normal"/>
    <w:next w:val="Normal"/>
    <w:link w:val="CitationCar"/>
    <w:uiPriority w:val="29"/>
    <w:qFormat/>
    <w:rsid w:val="00FC693F"/>
    <w:rPr>
      <w:i/>
      <w:iCs/>
      <w:color w:val="000000" w:themeColor="text1"/>
    </w:rPr>
  </w:style>
  <w:style w:type="character" w:customStyle="1" w:styleId="CitationCar">
    <w:name w:val="Citation Car"/>
    <w:basedOn w:val="Policepardfaut"/>
    <w:link w:val="Citation"/>
    <w:uiPriority w:val="29"/>
    <w:rsid w:val="00FC693F"/>
    <w:rPr>
      <w:i/>
      <w:iCs/>
      <w:color w:val="000000" w:themeColor="text1"/>
    </w:rPr>
  </w:style>
  <w:style w:type="character" w:customStyle="1" w:styleId="Titre4Car">
    <w:name w:val="Titre 4 Car"/>
    <w:basedOn w:val="Policepardfaut"/>
    <w:link w:val="Titre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re5Car">
    <w:name w:val="Titre 5 Car"/>
    <w:basedOn w:val="Policepardfaut"/>
    <w:link w:val="Titre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re6Car">
    <w:name w:val="Titre 6 Car"/>
    <w:basedOn w:val="Policepardfaut"/>
    <w:link w:val="Titre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re7Car">
    <w:name w:val="Titre 7 Car"/>
    <w:basedOn w:val="Policepardfaut"/>
    <w:link w:val="Titre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re8Car">
    <w:name w:val="Titre 8 Car"/>
    <w:basedOn w:val="Policepardfaut"/>
    <w:link w:val="Titre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re9Car">
    <w:name w:val="Titre 9 Car"/>
    <w:basedOn w:val="Policepardfaut"/>
    <w:link w:val="Titre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lev">
    <w:name w:val="Strong"/>
    <w:basedOn w:val="Policepardfaut"/>
    <w:uiPriority w:val="22"/>
    <w:qFormat/>
    <w:rsid w:val="00FC693F"/>
    <w:rPr>
      <w:b/>
      <w:bCs/>
    </w:rPr>
  </w:style>
  <w:style w:type="character" w:styleId="Accentuation">
    <w:name w:val="Emphasis"/>
    <w:basedOn w:val="Policepardfaut"/>
    <w:uiPriority w:val="20"/>
    <w:qFormat/>
    <w:rsid w:val="00FC693F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FC693F"/>
    <w:rPr>
      <w:b/>
      <w:bCs/>
      <w:i/>
      <w:iCs/>
      <w:color w:val="4F81BD" w:themeColor="accent1"/>
    </w:rPr>
  </w:style>
  <w:style w:type="character" w:styleId="Accentuationlgre">
    <w:name w:val="Subtle Emphasis"/>
    <w:basedOn w:val="Policepardfaut"/>
    <w:uiPriority w:val="19"/>
    <w:qFormat/>
    <w:rsid w:val="00FC693F"/>
    <w:rPr>
      <w:i/>
      <w:iCs/>
      <w:color w:val="808080" w:themeColor="text1" w:themeTint="7F"/>
    </w:rPr>
  </w:style>
  <w:style w:type="character" w:styleId="Accentuationintense">
    <w:name w:val="Intense Emphasis"/>
    <w:basedOn w:val="Policepardfaut"/>
    <w:uiPriority w:val="21"/>
    <w:qFormat/>
    <w:rsid w:val="00FC693F"/>
    <w:rPr>
      <w:b/>
      <w:bCs/>
      <w:i/>
      <w:iCs/>
      <w:color w:val="4F81BD" w:themeColor="accent1"/>
    </w:rPr>
  </w:style>
  <w:style w:type="character" w:styleId="Rfrencelgre">
    <w:name w:val="Subtle Reference"/>
    <w:basedOn w:val="Policepardfaut"/>
    <w:uiPriority w:val="31"/>
    <w:qFormat/>
    <w:rsid w:val="00FC693F"/>
    <w:rPr>
      <w:smallCaps/>
      <w:color w:val="C0504D" w:themeColor="accent2"/>
      <w:u w:val="single"/>
    </w:rPr>
  </w:style>
  <w:style w:type="character" w:styleId="Rfrenceintense">
    <w:name w:val="Intense Reference"/>
    <w:basedOn w:val="Policepardfau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redulivre">
    <w:name w:val="Book Title"/>
    <w:basedOn w:val="Policepardfaut"/>
    <w:uiPriority w:val="33"/>
    <w:qFormat/>
    <w:rsid w:val="00FC693F"/>
    <w:rPr>
      <w:b/>
      <w:bCs/>
      <w:smallCaps/>
      <w:spacing w:val="5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FC693F"/>
    <w:pPr>
      <w:outlineLvl w:val="9"/>
    </w:pPr>
  </w:style>
  <w:style w:type="table" w:styleId="Grilledutableau">
    <w:name w:val="Table Grid"/>
    <w:basedOn w:val="Tableau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mbrageclair">
    <w:name w:val="Light Shading"/>
    <w:basedOn w:val="Tableau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Trameclaire-Accent1">
    <w:name w:val="Light Shading Accent 1"/>
    <w:basedOn w:val="Tableau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Trameclaire-Accent2">
    <w:name w:val="Light Shading Accent 2"/>
    <w:basedOn w:val="Tableau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Trameclaire-Accent3">
    <w:name w:val="Light Shading Accent 3"/>
    <w:basedOn w:val="Tableau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Trameclaire-Accent4">
    <w:name w:val="Light Shading Accent 4"/>
    <w:basedOn w:val="Tableau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Trameclaire-Accent5">
    <w:name w:val="Light Shading Accent 5"/>
    <w:basedOn w:val="Tableau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Trameclaire-Accent6">
    <w:name w:val="Light Shading Accent 6"/>
    <w:basedOn w:val="Tableau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eclaire">
    <w:name w:val="Light List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eclaire-Accent1">
    <w:name w:val="Light List Accent 1"/>
    <w:basedOn w:val="Tableau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eclaire-Accent2">
    <w:name w:val="Light List Accent 2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eclaire-Accent3">
    <w:name w:val="Light List Accent 3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eclaire-Accent4">
    <w:name w:val="Light List Accent 4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eclaire-Accent5">
    <w:name w:val="Light List Accent 5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eclaire-Accent6">
    <w:name w:val="Light List Accent 6"/>
    <w:basedOn w:val="Tableau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leclaire">
    <w:name w:val="Light Grid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leclaire-Accent1">
    <w:name w:val="Light Grid Accent 1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leclaire-Accent2">
    <w:name w:val="Light Grid Accent 2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leclaire-Accent3">
    <w:name w:val="Light Grid Accent 3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leclaire-Accent4">
    <w:name w:val="Light Grid Accent 4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leclaire-Accent5">
    <w:name w:val="Light Grid Accent 5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leclaire-Accent6">
    <w:name w:val="Light Grid Accent 6"/>
    <w:basedOn w:val="Tableau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Tramemoyenne1">
    <w:name w:val="Medium Shading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emoyenne1">
    <w:name w:val="Medium Lis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emoyenne1-Accent1">
    <w:name w:val="Medium List 1 Accent 1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emoyenne1-Accent2">
    <w:name w:val="Medium List 1 Accent 2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emoyenne1-Accent3">
    <w:name w:val="Medium List 1 Accent 3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emoyenne1-Accent4">
    <w:name w:val="Medium List 1 Accent 4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emoyenne1-Accent5">
    <w:name w:val="Medium List 1 Accent 5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emoyenne1-Accent6">
    <w:name w:val="Medium List 1 Accent 6"/>
    <w:basedOn w:val="Tableau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emoyenne2">
    <w:name w:val="Medium Lis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lemoyenne1">
    <w:name w:val="Medium Grid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moyenne1-Accent1">
    <w:name w:val="Medium Grid 1 Accent 1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moyenne1-Accent2">
    <w:name w:val="Medium Grid 1 Accent 2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moyenne1-Accent3">
    <w:name w:val="Medium Grid 1 Accent 3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moyenne1-Accent4">
    <w:name w:val="Medium Grid 1 Accent 4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moyenne1-Accent5">
    <w:name w:val="Medium Grid 1 Accent 5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moyenne1-Accent6">
    <w:name w:val="Medium Grid 1 Accent 6"/>
    <w:basedOn w:val="Tableau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lemoyenne2">
    <w:name w:val="Medium Grid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1">
    <w:name w:val="Medium Grid 2 Accent 1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2">
    <w:name w:val="Medium Grid 2 Accent 2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3">
    <w:name w:val="Medium Grid 2 Accent 3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4">
    <w:name w:val="Medium Grid 2 Accent 4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5">
    <w:name w:val="Medium Grid 2 Accent 5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2-Accent6">
    <w:name w:val="Medium Grid 2 Accent 6"/>
    <w:basedOn w:val="Tableau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lemoyenne3">
    <w:name w:val="Medium Grid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lemoyenne3-Accent1">
    <w:name w:val="Medium Grid 3 Accent 1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lemoyenne3-Accent2">
    <w:name w:val="Medium Grid 3 Accent 2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lemoyenne3-Accent3">
    <w:name w:val="Medium Grid 3 Accent 3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lemoyenne3-Accent4">
    <w:name w:val="Medium Grid 3 Accent 4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lemoyenne3-Accent5">
    <w:name w:val="Medium Grid 3 Accent 5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lemoyenne3-Accent6">
    <w:name w:val="Medium Grid 3 Accent 6"/>
    <w:basedOn w:val="Tableau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efonce">
    <w:name w:val="Dark List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efonce-Accent1">
    <w:name w:val="Dark List Accent 1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efonce-Accent2">
    <w:name w:val="Dark List Accent 2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efonce-Accent3">
    <w:name w:val="Dark List Accent 3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efonce-Accent4">
    <w:name w:val="Dark List Accent 4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efonce-Accent5">
    <w:name w:val="Dark List Accent 5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efonce-Accent6">
    <w:name w:val="Dark List Accent 6"/>
    <w:basedOn w:val="Tableau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Tramecouleur">
    <w:name w:val="Colorful Shading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1">
    <w:name w:val="Colorful Shading Accent 1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2">
    <w:name w:val="Colorful Shading Accent 2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3">
    <w:name w:val="Colorful Shading Accent 3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Tramecouleur-Accent4">
    <w:name w:val="Colorful Shading Accent 4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5">
    <w:name w:val="Colorful Shading Accent 5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Tramecouleur-Accent6">
    <w:name w:val="Colorful Shading Accent 6"/>
    <w:basedOn w:val="Tableau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ecouleur">
    <w:name w:val="Colorful List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ecouleur-Accent1">
    <w:name w:val="Colorful List Accent 1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ecouleur-Accent2">
    <w:name w:val="Colorful List Accent 2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ecouleur-Accent3">
    <w:name w:val="Colorful List Accent 3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ecouleur-Accent4">
    <w:name w:val="Colorful List Accent 4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ecouleur-Accent5">
    <w:name w:val="Colorful List Accent 5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ecouleur-Accent6">
    <w:name w:val="Colorful List Accent 6"/>
    <w:basedOn w:val="Tableau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lecouleur">
    <w:name w:val="Colorful Grid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lecouleur-Accent1">
    <w:name w:val="Colorful Grid Accent 1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lecouleur-Accent2">
    <w:name w:val="Colorful Grid Accent 2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lecouleur-Accent3">
    <w:name w:val="Colorful Grid Accent 3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lecouleur-Accent4">
    <w:name w:val="Colorful Grid Accent 4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lecouleur-Accent5">
    <w:name w:val="Colorful Grid Accent 5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lecouleur-Accent6">
    <w:name w:val="Colorful Grid Accent 6"/>
    <w:basedOn w:val="Tableau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hyperlink" Target="https://docs.index-education.com/docs_fr/fr-pronote-support-fiche-316-1331-gerer-son-casier-numerique.php" TargetMode="Externa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s://www.index-education.com/fr/pronote-info191-demo-des-espaces-web-et-mobile.php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328</Words>
  <Characters>1675</Characters>
  <Application>Microsoft Office Word</Application>
  <DocSecurity>0</DocSecurity>
  <Lines>47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1974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Déposer un document sur PRONOTE - Guide illustré</dc:title>
  <dc:subject>Tutoriel pour les parents avec captures réelles et repères visuels</dc:subject>
  <dc:creator/>
  <cp:keywords/>
  <dc:description>generated by python-docx</dc:description>
  <cp:lastModifiedBy>Claire van Beek</cp:lastModifiedBy>
  <cp:revision>2</cp:revision>
  <dcterms:created xsi:type="dcterms:W3CDTF">2013-12-23T23:15:00Z</dcterms:created>
  <dcterms:modified xsi:type="dcterms:W3CDTF">2026-11-06T17:38:00Z</dcterms:modified>
  <cp:category/>
</cp:coreProperties>
</file>